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C8E46F" w14:textId="77777777" w:rsidR="003632A6" w:rsidRPr="00A770EF" w:rsidRDefault="003632A6" w:rsidP="006E71ED">
      <w:pPr>
        <w:tabs>
          <w:tab w:val="left" w:pos="0"/>
        </w:tabs>
        <w:spacing w:after="0" w:line="240" w:lineRule="auto"/>
        <w:ind w:right="-716"/>
        <w:rPr>
          <w:rFonts w:ascii="Times New Roman" w:hAnsi="Times New Roman" w:cs="Times New Roman"/>
          <w:b/>
          <w:bCs/>
          <w:sz w:val="27"/>
          <w:szCs w:val="27"/>
        </w:rPr>
      </w:pPr>
      <w:r w:rsidRPr="00A770EF">
        <w:rPr>
          <w:rFonts w:ascii="Times New Roman" w:hAnsi="Times New Roman" w:cs="Times New Roman"/>
          <w:b/>
          <w:bCs/>
          <w:sz w:val="27"/>
          <w:szCs w:val="27"/>
        </w:rPr>
        <w:t xml:space="preserve">    </w:t>
      </w:r>
      <w:r w:rsidR="00AD5311" w:rsidRPr="00A770EF">
        <w:rPr>
          <w:rFonts w:ascii="Times New Roman" w:hAnsi="Times New Roman" w:cs="Times New Roman"/>
          <w:b/>
          <w:bCs/>
          <w:sz w:val="27"/>
          <w:szCs w:val="27"/>
        </w:rPr>
        <w:t xml:space="preserve"> </w:t>
      </w:r>
      <w:r w:rsidRPr="00A770EF">
        <w:rPr>
          <w:rFonts w:ascii="Times New Roman" w:hAnsi="Times New Roman" w:cs="Times New Roman"/>
          <w:bCs/>
          <w:sz w:val="27"/>
          <w:szCs w:val="27"/>
        </w:rPr>
        <w:t>SỞ Y TẾ TỈNH CÀ MAU</w:t>
      </w:r>
      <w:r w:rsidRPr="00A770EF">
        <w:rPr>
          <w:rFonts w:ascii="Times New Roman" w:hAnsi="Times New Roman" w:cs="Times New Roman"/>
          <w:b/>
          <w:bCs/>
          <w:sz w:val="27"/>
          <w:szCs w:val="27"/>
        </w:rPr>
        <w:t xml:space="preserve">     CỘNG HÒA XÃ HỘI CHỦ NGHĨA VIỆT NAM</w:t>
      </w:r>
    </w:p>
    <w:p w14:paraId="67F05DCC" w14:textId="77777777" w:rsidR="003632A6" w:rsidRPr="00A770EF" w:rsidRDefault="003632A6" w:rsidP="006E71ED">
      <w:pPr>
        <w:tabs>
          <w:tab w:val="left" w:pos="0"/>
        </w:tabs>
        <w:spacing w:after="0" w:line="240" w:lineRule="auto"/>
        <w:rPr>
          <w:rFonts w:ascii="Times New Roman" w:hAnsi="Times New Roman" w:cs="Times New Roman"/>
          <w:b/>
          <w:bCs/>
          <w:sz w:val="28"/>
          <w:szCs w:val="28"/>
        </w:rPr>
      </w:pPr>
      <w:r w:rsidRPr="00A770EF">
        <w:rPr>
          <w:rFonts w:ascii="Times New Roman" w:hAnsi="Times New Roman" w:cs="Times New Roman"/>
          <w:b/>
          <w:bCs/>
          <w:sz w:val="27"/>
          <w:szCs w:val="27"/>
        </w:rPr>
        <w:t xml:space="preserve">   BỆNH VIỆN ĐK CÀ MAU</w:t>
      </w:r>
      <w:r w:rsidRPr="00A770EF">
        <w:rPr>
          <w:rFonts w:ascii="Times New Roman" w:hAnsi="Times New Roman" w:cs="Times New Roman"/>
          <w:b/>
          <w:bCs/>
          <w:sz w:val="27"/>
          <w:szCs w:val="27"/>
        </w:rPr>
        <w:tab/>
        <w:t xml:space="preserve">              Độc lập – Tự do – Hạnh phúc</w:t>
      </w:r>
    </w:p>
    <w:p w14:paraId="0B4B5565" w14:textId="6B940DAC" w:rsidR="003632A6" w:rsidRPr="00A770EF" w:rsidRDefault="000C2C78" w:rsidP="001701BD">
      <w:pPr>
        <w:tabs>
          <w:tab w:val="left" w:pos="0"/>
        </w:tabs>
        <w:spacing w:before="240" w:after="0"/>
        <w:jc w:val="center"/>
        <w:rPr>
          <w:rFonts w:ascii="Times New Roman" w:hAnsi="Times New Roman" w:cs="Times New Roman"/>
          <w:b/>
          <w:bCs/>
          <w:sz w:val="18"/>
          <w:szCs w:val="28"/>
        </w:rPr>
      </w:pPr>
      <w:r w:rsidRPr="00A770EF">
        <w:rPr>
          <w:rFonts w:ascii="Times New Roman" w:hAnsi="Times New Roman" w:cs="Times New Roman"/>
          <w:b/>
          <w:bCs/>
          <w:noProof/>
          <w:sz w:val="8"/>
          <w:szCs w:val="28"/>
        </w:rPr>
        <mc:AlternateContent>
          <mc:Choice Requires="wps">
            <w:drawing>
              <wp:anchor distT="0" distB="0" distL="114300" distR="114300" simplePos="0" relativeHeight="251656192" behindDoc="0" locked="0" layoutInCell="1" allowOverlap="1" wp14:anchorId="76ED88B1" wp14:editId="11A1D4E1">
                <wp:simplePos x="0" y="0"/>
                <wp:positionH relativeFrom="column">
                  <wp:posOffset>671830</wp:posOffset>
                </wp:positionH>
                <wp:positionV relativeFrom="paragraph">
                  <wp:posOffset>12700</wp:posOffset>
                </wp:positionV>
                <wp:extent cx="825500" cy="0"/>
                <wp:effectExtent l="0" t="0" r="317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A42987" id="Straight Connector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9pt,1pt" to="117.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"/>
            </w:pict>
          </mc:Fallback>
        </mc:AlternateContent>
      </w:r>
      <w:r w:rsidR="001701BD" w:rsidRPr="00A770EF">
        <w:rPr>
          <w:rFonts w:ascii="Times New Roman" w:hAnsi="Times New Roman" w:cs="Times New Roman"/>
          <w:bCs/>
          <w:i/>
          <w:sz w:val="28"/>
          <w:szCs w:val="28"/>
        </w:rPr>
        <w:t xml:space="preserve">                                                       </w:t>
      </w:r>
      <w:r w:rsidR="00B31A03">
        <w:rPr>
          <w:rFonts w:ascii="Times New Roman" w:hAnsi="Times New Roman" w:cs="Times New Roman"/>
          <w:bCs/>
          <w:i/>
          <w:sz w:val="28"/>
          <w:szCs w:val="28"/>
        </w:rPr>
        <w:t xml:space="preserve">Cà Mau, ngày </w:t>
      </w:r>
      <w:proofErr w:type="gramStart"/>
      <w:r w:rsidR="00B31A03">
        <w:rPr>
          <w:rFonts w:ascii="Times New Roman" w:hAnsi="Times New Roman" w:cs="Times New Roman"/>
          <w:bCs/>
          <w:i/>
          <w:sz w:val="28"/>
          <w:szCs w:val="28"/>
        </w:rPr>
        <w:t>08  tháng</w:t>
      </w:r>
      <w:proofErr w:type="gramEnd"/>
      <w:r w:rsidR="00B31A03">
        <w:rPr>
          <w:rFonts w:ascii="Times New Roman" w:hAnsi="Times New Roman" w:cs="Times New Roman"/>
          <w:bCs/>
          <w:i/>
          <w:sz w:val="28"/>
          <w:szCs w:val="28"/>
        </w:rPr>
        <w:t xml:space="preserve"> 9</w:t>
      </w:r>
      <w:r w:rsidR="0045673C" w:rsidRPr="00A770EF">
        <w:rPr>
          <w:rFonts w:ascii="Times New Roman" w:hAnsi="Times New Roman" w:cs="Times New Roman"/>
          <w:bCs/>
          <w:i/>
          <w:sz w:val="28"/>
          <w:szCs w:val="28"/>
        </w:rPr>
        <w:t xml:space="preserve"> năm 202</w:t>
      </w:r>
      <w:r w:rsidR="003632A6" w:rsidRPr="00A770EF">
        <w:rPr>
          <w:rFonts w:ascii="Times New Roman" w:hAnsi="Times New Roman" w:cs="Times New Roman"/>
          <w:b/>
          <w:bCs/>
          <w:noProof/>
          <w:sz w:val="8"/>
          <w:szCs w:val="28"/>
        </w:rPr>
        <mc:AlternateContent>
          <mc:Choice Requires="wps">
            <w:drawing>
              <wp:anchor distT="0" distB="0" distL="114300" distR="114300" simplePos="0" relativeHeight="251659264" behindDoc="0" locked="0" layoutInCell="1" allowOverlap="1" wp14:anchorId="15B7408D" wp14:editId="323422C9">
                <wp:simplePos x="0" y="0"/>
                <wp:positionH relativeFrom="column">
                  <wp:posOffset>2914015</wp:posOffset>
                </wp:positionH>
                <wp:positionV relativeFrom="paragraph">
                  <wp:posOffset>22225</wp:posOffset>
                </wp:positionV>
                <wp:extent cx="2146300" cy="0"/>
                <wp:effectExtent l="8890" t="12700" r="6985"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3BE6C4"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45pt,1.75pt" to="398.4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"/>
            </w:pict>
          </mc:Fallback>
        </mc:AlternateContent>
      </w:r>
      <w:r w:rsidR="00182B43">
        <w:rPr>
          <w:rFonts w:ascii="Times New Roman" w:hAnsi="Times New Roman" w:cs="Times New Roman"/>
          <w:bCs/>
          <w:i/>
          <w:sz w:val="28"/>
          <w:szCs w:val="28"/>
        </w:rPr>
        <w:t>6</w:t>
      </w:r>
    </w:p>
    <w:p w14:paraId="6417C7F3" w14:textId="0448716A" w:rsidR="00F16A73" w:rsidRPr="00A770EF" w:rsidRDefault="00E6575B" w:rsidP="003A7D63">
      <w:pPr>
        <w:pStyle w:val="Heading1"/>
        <w:jc w:val="center"/>
        <w:rPr>
          <w:rFonts w:ascii="Times New Roman" w:hAnsi="Times New Roman" w:cs="Times New Roman"/>
          <w:color w:val="auto"/>
        </w:rPr>
      </w:pPr>
      <w:r>
        <w:rPr>
          <w:rFonts w:ascii="Times New Roman" w:hAnsi="Times New Roman" w:cs="Times New Roman"/>
          <w:color w:val="auto"/>
        </w:rPr>
        <w:t>YÊU CẦU CHÀO GIÁ</w:t>
      </w:r>
      <w:r w:rsidR="00440028">
        <w:rPr>
          <w:rFonts w:ascii="Times New Roman" w:hAnsi="Times New Roman" w:cs="Times New Roman"/>
          <w:color w:val="auto"/>
        </w:rPr>
        <w:t xml:space="preserve"> CUNG CẤP VÀ MAY TRANG PHỤ</w:t>
      </w:r>
      <w:r w:rsidR="007B5CB5">
        <w:rPr>
          <w:rFonts w:ascii="Times New Roman" w:hAnsi="Times New Roman" w:cs="Times New Roman"/>
          <w:color w:val="auto"/>
        </w:rPr>
        <w:t xml:space="preserve">C </w:t>
      </w:r>
      <w:r w:rsidR="00F67888">
        <w:rPr>
          <w:rFonts w:ascii="Times New Roman" w:hAnsi="Times New Roman" w:cs="Times New Roman"/>
          <w:color w:val="auto"/>
        </w:rPr>
        <w:t xml:space="preserve">Y TẾ </w:t>
      </w:r>
      <w:r w:rsidR="007B5CB5">
        <w:rPr>
          <w:rFonts w:ascii="Times New Roman" w:hAnsi="Times New Roman" w:cs="Times New Roman"/>
          <w:color w:val="auto"/>
        </w:rPr>
        <w:t>NĂM 2026</w:t>
      </w:r>
      <w:r w:rsidR="00440028">
        <w:rPr>
          <w:rFonts w:ascii="Times New Roman" w:hAnsi="Times New Roman" w:cs="Times New Roman"/>
          <w:color w:val="auto"/>
        </w:rPr>
        <w:t xml:space="preserve"> CỦA BỆNH VIỆN ĐA KHOA CÀ MAU</w:t>
      </w:r>
    </w:p>
    <w:p w14:paraId="7F5EA152" w14:textId="77777777" w:rsidR="00F16A73" w:rsidRPr="00512896" w:rsidRDefault="006A70AC" w:rsidP="00512896">
      <w:pPr>
        <w:pStyle w:val="IntenseQuote"/>
        <w:pBdr>
          <w:bottom w:val="none" w:sz="0" w:space="0" w:color="auto"/>
        </w:pBdr>
        <w:jc w:val="center"/>
        <w:rPr>
          <w:rFonts w:ascii="Times New Roman" w:hAnsi="Times New Roman" w:cs="Times New Roman"/>
          <w:i w:val="0"/>
          <w:color w:val="auto"/>
          <w:sz w:val="24"/>
          <w:szCs w:val="24"/>
        </w:rPr>
      </w:pPr>
      <w:r w:rsidRPr="006A70AC">
        <w:rPr>
          <w:rFonts w:ascii="Times New Roman" w:hAnsi="Times New Roman" w:cs="Times New Roman"/>
          <w:i w:val="0"/>
          <w:noProof/>
          <w:color w:val="auto"/>
          <w:sz w:val="24"/>
          <w:szCs w:val="24"/>
        </w:rPr>
        <mc:AlternateContent>
          <mc:Choice Requires="wps">
            <w:drawing>
              <wp:anchor distT="0" distB="0" distL="114300" distR="114300" simplePos="0" relativeHeight="251658240" behindDoc="0" locked="0" layoutInCell="1" allowOverlap="1" wp14:anchorId="76EDC41E" wp14:editId="5948777F">
                <wp:simplePos x="0" y="0"/>
                <wp:positionH relativeFrom="column">
                  <wp:posOffset>2043430</wp:posOffset>
                </wp:positionH>
                <wp:positionV relativeFrom="paragraph">
                  <wp:posOffset>41275</wp:posOffset>
                </wp:positionV>
                <wp:extent cx="1857375" cy="0"/>
                <wp:effectExtent l="38100" t="38100" r="66675" b="95250"/>
                <wp:wrapNone/>
                <wp:docPr id="3" name="Straight Connector 3"/>
                <wp:cNvGraphicFramePr/>
                <a:graphic xmlns:a="http://schemas.openxmlformats.org/drawingml/2006/main">
                  <a:graphicData uri="http://schemas.microsoft.com/office/word/2010/wordprocessingShape">
                    <wps:wsp>
                      <wps:cNvCnPr/>
                      <wps:spPr>
                        <a:xfrm>
                          <a:off x="0" y="0"/>
                          <a:ext cx="1857375"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C3DFFE3"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60.9pt,3.25pt" to="307.1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" strokecolor="black [3200]" strokeweight=".25pt">
                <v:shadow on="t" color="black" opacity="24903f" origin=",.5" offset="0,.55556mm"/>
              </v:line>
            </w:pict>
          </mc:Fallback>
        </mc:AlternateContent>
      </w:r>
      <w:r w:rsidR="000A6CFC" w:rsidRPr="00A770EF">
        <w:rPr>
          <w:rFonts w:ascii="Times New Roman" w:hAnsi="Times New Roman" w:cs="Times New Roman"/>
          <w:sz w:val="26"/>
          <w:szCs w:val="26"/>
        </w:rPr>
        <w:br/>
      </w:r>
    </w:p>
    <w:p w14:paraId="6C5FC424" w14:textId="2F74276B" w:rsidR="00B65186" w:rsidRDefault="00844BEF" w:rsidP="003D6BA8">
      <w:pPr>
        <w:pStyle w:val="ListBullet"/>
        <w:numPr>
          <w:ilvl w:val="0"/>
          <w:numId w:val="0"/>
        </w:numPr>
        <w:tabs>
          <w:tab w:val="left" w:pos="4253"/>
          <w:tab w:val="left" w:pos="7371"/>
        </w:tabs>
        <w:spacing w:before="120" w:after="120" w:line="288" w:lineRule="auto"/>
        <w:ind w:firstLine="709"/>
        <w:contextualSpacing w:val="0"/>
        <w:jc w:val="both"/>
        <w:rPr>
          <w:rFonts w:ascii="Times New Roman" w:hAnsi="Times New Roman" w:cs="Times New Roman"/>
          <w:sz w:val="26"/>
          <w:szCs w:val="26"/>
        </w:rPr>
      </w:pPr>
      <w:r w:rsidRPr="00844BEF">
        <w:rPr>
          <w:rFonts w:ascii="Times New Roman" w:hAnsi="Times New Roman" w:cs="Times New Roman"/>
          <w:sz w:val="26"/>
          <w:szCs w:val="26"/>
        </w:rPr>
        <w:t>Căn cứ kết quả cuộc họp</w:t>
      </w:r>
      <w:r w:rsidR="006955C7">
        <w:rPr>
          <w:rFonts w:ascii="Times New Roman" w:hAnsi="Times New Roman" w:cs="Times New Roman"/>
          <w:sz w:val="26"/>
          <w:szCs w:val="26"/>
        </w:rPr>
        <w:t xml:space="preserve"> 26/4/2026</w:t>
      </w:r>
      <w:r w:rsidRPr="00844BEF">
        <w:rPr>
          <w:rFonts w:ascii="Times New Roman" w:hAnsi="Times New Roman" w:cs="Times New Roman"/>
          <w:sz w:val="26"/>
          <w:szCs w:val="26"/>
        </w:rPr>
        <w:t xml:space="preserve"> của Tổ tư vấn</w:t>
      </w:r>
      <w:r w:rsidR="006955C7">
        <w:rPr>
          <w:rFonts w:ascii="Times New Roman" w:hAnsi="Times New Roman" w:cs="Times New Roman"/>
          <w:sz w:val="26"/>
          <w:szCs w:val="26"/>
        </w:rPr>
        <w:t xml:space="preserve"> xây dựng</w:t>
      </w:r>
      <w:r w:rsidRPr="00844BEF">
        <w:rPr>
          <w:rFonts w:ascii="Times New Roman" w:hAnsi="Times New Roman" w:cs="Times New Roman"/>
          <w:sz w:val="26"/>
          <w:szCs w:val="26"/>
        </w:rPr>
        <w:t xml:space="preserve"> chủng loại vả</w:t>
      </w:r>
      <w:r w:rsidR="00902E25">
        <w:rPr>
          <w:rFonts w:ascii="Times New Roman" w:hAnsi="Times New Roman" w:cs="Times New Roman"/>
          <w:sz w:val="26"/>
          <w:szCs w:val="26"/>
        </w:rPr>
        <w:t>i</w:t>
      </w:r>
      <w:r w:rsidR="009701BA">
        <w:rPr>
          <w:rFonts w:ascii="Times New Roman" w:hAnsi="Times New Roman" w:cs="Times New Roman"/>
          <w:sz w:val="26"/>
          <w:szCs w:val="26"/>
        </w:rPr>
        <w:t xml:space="preserve"> và</w:t>
      </w:r>
      <w:r w:rsidR="00902E25">
        <w:rPr>
          <w:rFonts w:ascii="Times New Roman" w:hAnsi="Times New Roman" w:cs="Times New Roman"/>
          <w:sz w:val="26"/>
          <w:szCs w:val="26"/>
        </w:rPr>
        <w:t xml:space="preserve"> qui cách may trang phục thuộc dự toán cung cấp và</w:t>
      </w:r>
      <w:r w:rsidRPr="00844BEF">
        <w:rPr>
          <w:rFonts w:ascii="Times New Roman" w:hAnsi="Times New Roman" w:cs="Times New Roman"/>
          <w:sz w:val="26"/>
          <w:szCs w:val="26"/>
        </w:rPr>
        <w:t xml:space="preserve"> may trang phục y tế</w:t>
      </w:r>
      <w:r w:rsidR="00902E25">
        <w:rPr>
          <w:rFonts w:ascii="Times New Roman" w:hAnsi="Times New Roman" w:cs="Times New Roman"/>
          <w:sz w:val="26"/>
          <w:szCs w:val="26"/>
        </w:rPr>
        <w:t xml:space="preserve"> 2026</w:t>
      </w:r>
      <w:r w:rsidRPr="00844BEF">
        <w:rPr>
          <w:rFonts w:ascii="Times New Roman" w:hAnsi="Times New Roman" w:cs="Times New Roman"/>
          <w:sz w:val="26"/>
          <w:szCs w:val="26"/>
        </w:rPr>
        <w:t xml:space="preserve"> của Bệnh viện đa khoa Cà Ma</w:t>
      </w:r>
      <w:r w:rsidR="0037275D">
        <w:rPr>
          <w:rFonts w:ascii="Times New Roman" w:hAnsi="Times New Roman" w:cs="Times New Roman"/>
          <w:sz w:val="26"/>
          <w:szCs w:val="26"/>
        </w:rPr>
        <w:t>u</w:t>
      </w:r>
      <w:r w:rsidRPr="00844BEF">
        <w:rPr>
          <w:rFonts w:ascii="Times New Roman" w:hAnsi="Times New Roman" w:cs="Times New Roman"/>
          <w:sz w:val="26"/>
          <w:szCs w:val="26"/>
        </w:rPr>
        <w:t>, nay Bệnh viện kính đề nghị Quý đơn vị quan tâm</w:t>
      </w:r>
      <w:r w:rsidR="00902E25">
        <w:rPr>
          <w:rFonts w:ascii="Times New Roman" w:hAnsi="Times New Roman" w:cs="Times New Roman"/>
          <w:sz w:val="26"/>
          <w:szCs w:val="26"/>
        </w:rPr>
        <w:t xml:space="preserve"> xin</w:t>
      </w:r>
      <w:r w:rsidRPr="00844BEF">
        <w:rPr>
          <w:rFonts w:ascii="Times New Roman" w:hAnsi="Times New Roman" w:cs="Times New Roman"/>
          <w:sz w:val="26"/>
          <w:szCs w:val="26"/>
        </w:rPr>
        <w:t xml:space="preserve"> gửi báo giá đối với các mặt hàng trang phục y tế theo nội dung</w:t>
      </w:r>
      <w:r w:rsidR="00902E25">
        <w:rPr>
          <w:rFonts w:ascii="Times New Roman" w:hAnsi="Times New Roman" w:cs="Times New Roman"/>
          <w:sz w:val="26"/>
          <w:szCs w:val="26"/>
        </w:rPr>
        <w:t xml:space="preserve"> chi tiết</w:t>
      </w:r>
      <w:r w:rsidRPr="00844BEF">
        <w:rPr>
          <w:rFonts w:ascii="Times New Roman" w:hAnsi="Times New Roman" w:cs="Times New Roman"/>
          <w:sz w:val="26"/>
          <w:szCs w:val="26"/>
        </w:rPr>
        <w:t xml:space="preserve"> sau:</w:t>
      </w:r>
    </w:p>
    <w:p w14:paraId="30F494F0" w14:textId="77777777" w:rsidR="001D052A" w:rsidRPr="001D052A" w:rsidRDefault="001D052A" w:rsidP="00C147F7">
      <w:pPr>
        <w:pStyle w:val="Heading3"/>
        <w:tabs>
          <w:tab w:val="left" w:pos="993"/>
        </w:tabs>
        <w:spacing w:before="120" w:after="120" w:line="288" w:lineRule="auto"/>
        <w:rPr>
          <w:rFonts w:ascii="Times New Roman" w:hAnsi="Times New Roman" w:cs="Times New Roman"/>
          <w:color w:val="auto"/>
          <w:sz w:val="26"/>
          <w:szCs w:val="26"/>
        </w:rPr>
      </w:pPr>
      <w:r w:rsidRPr="0006503B">
        <w:rPr>
          <w:rStyle w:val="Strong"/>
          <w:rFonts w:ascii="Times New Roman" w:hAnsi="Times New Roman" w:cs="Times New Roman"/>
          <w:b/>
          <w:bCs/>
          <w:color w:val="auto"/>
          <w:sz w:val="26"/>
          <w:szCs w:val="26"/>
        </w:rPr>
        <w:t>1.</w:t>
      </w:r>
      <w:r w:rsidRPr="0006503B">
        <w:rPr>
          <w:rStyle w:val="Strong"/>
          <w:b/>
          <w:bCs/>
          <w:color w:val="auto"/>
        </w:rPr>
        <w:t xml:space="preserve"> </w:t>
      </w:r>
      <w:r w:rsidRPr="001D052A">
        <w:rPr>
          <w:rStyle w:val="Strong"/>
          <w:rFonts w:ascii="Times New Roman" w:hAnsi="Times New Roman" w:cs="Times New Roman"/>
          <w:b/>
          <w:bCs/>
          <w:color w:val="auto"/>
          <w:sz w:val="26"/>
          <w:szCs w:val="26"/>
        </w:rPr>
        <w:t>Nội dung yêu cầu chào giá</w:t>
      </w:r>
    </w:p>
    <w:p w14:paraId="32027868" w14:textId="4136D21C" w:rsidR="001D052A" w:rsidRDefault="001D052A" w:rsidP="00C147F7">
      <w:pPr>
        <w:pStyle w:val="NormalWeb"/>
        <w:numPr>
          <w:ilvl w:val="0"/>
          <w:numId w:val="11"/>
        </w:numPr>
        <w:tabs>
          <w:tab w:val="left" w:pos="993"/>
        </w:tabs>
        <w:spacing w:before="120" w:beforeAutospacing="0" w:after="120" w:afterAutospacing="0" w:line="288" w:lineRule="auto"/>
        <w:ind w:left="0" w:firstLine="709"/>
        <w:jc w:val="both"/>
        <w:rPr>
          <w:sz w:val="26"/>
          <w:szCs w:val="26"/>
        </w:rPr>
      </w:pPr>
      <w:r w:rsidRPr="001D052A">
        <w:rPr>
          <w:rStyle w:val="Strong"/>
          <w:sz w:val="26"/>
          <w:szCs w:val="26"/>
        </w:rPr>
        <w:t>Danh mục trang phục</w:t>
      </w:r>
      <w:r w:rsidRPr="001D052A">
        <w:rPr>
          <w:sz w:val="26"/>
          <w:szCs w:val="26"/>
        </w:rPr>
        <w:t xml:space="preserve">: gồm </w:t>
      </w:r>
      <w:r w:rsidR="007601F9" w:rsidRPr="007601F9">
        <w:rPr>
          <w:sz w:val="26"/>
          <w:szCs w:val="26"/>
        </w:rPr>
        <w:t>10</w:t>
      </w:r>
      <w:r w:rsidRPr="007601F9">
        <w:rPr>
          <w:sz w:val="26"/>
          <w:szCs w:val="26"/>
        </w:rPr>
        <w:t xml:space="preserve"> loại trang phục</w:t>
      </w:r>
      <w:r w:rsidRPr="001D052A">
        <w:rPr>
          <w:sz w:val="26"/>
          <w:szCs w:val="26"/>
        </w:rPr>
        <w:t xml:space="preserve"> (Hành chính, Bác sĩ, Dược sĩ, Điều dưỡng, Hộ lý, Kỹ thuật viên, Bảo vệ, Kỹ sư thiết bị, </w:t>
      </w:r>
      <w:r w:rsidR="007B5CB5">
        <w:rPr>
          <w:sz w:val="26"/>
          <w:szCs w:val="26"/>
        </w:rPr>
        <w:t>đồ bộ phẫu thuật….)</w:t>
      </w:r>
      <w:r w:rsidR="007601F9">
        <w:rPr>
          <w:sz w:val="26"/>
          <w:szCs w:val="26"/>
        </w:rPr>
        <w:t xml:space="preserve"> và 01 loại vải</w:t>
      </w:r>
    </w:p>
    <w:p w14:paraId="23D1F09F" w14:textId="1FF80631" w:rsidR="001D052A" w:rsidRPr="00387AE8" w:rsidRDefault="001D052A" w:rsidP="00C147F7">
      <w:pPr>
        <w:pStyle w:val="NormalWeb"/>
        <w:numPr>
          <w:ilvl w:val="0"/>
          <w:numId w:val="11"/>
        </w:numPr>
        <w:tabs>
          <w:tab w:val="left" w:pos="993"/>
        </w:tabs>
        <w:spacing w:before="120" w:beforeAutospacing="0" w:after="120" w:afterAutospacing="0" w:line="288" w:lineRule="auto"/>
        <w:ind w:left="0" w:firstLine="709"/>
        <w:jc w:val="both"/>
        <w:rPr>
          <w:b/>
          <w:sz w:val="26"/>
          <w:szCs w:val="26"/>
        </w:rPr>
      </w:pPr>
      <w:r w:rsidRPr="001D052A">
        <w:rPr>
          <w:rStyle w:val="Strong"/>
          <w:sz w:val="26"/>
          <w:szCs w:val="26"/>
        </w:rPr>
        <w:t>Thông số kỹ thuật</w:t>
      </w:r>
      <w:r w:rsidRPr="001D052A">
        <w:rPr>
          <w:sz w:val="26"/>
          <w:szCs w:val="26"/>
        </w:rPr>
        <w:t xml:space="preserve">: theo tiêu chuẩn đã được mô tả chi tiết tại </w:t>
      </w:r>
      <w:r w:rsidR="004E1C49" w:rsidRPr="00283A0B">
        <w:rPr>
          <w:rStyle w:val="Strong"/>
          <w:b w:val="0"/>
          <w:i/>
          <w:sz w:val="26"/>
          <w:szCs w:val="26"/>
        </w:rPr>
        <w:t>Phụ lục đính kèm</w:t>
      </w:r>
    </w:p>
    <w:p w14:paraId="4808B823" w14:textId="507C9CC2" w:rsidR="001D052A" w:rsidRPr="001D052A" w:rsidRDefault="001D052A" w:rsidP="00C147F7">
      <w:pPr>
        <w:pStyle w:val="NormalWeb"/>
        <w:numPr>
          <w:ilvl w:val="0"/>
          <w:numId w:val="11"/>
        </w:numPr>
        <w:tabs>
          <w:tab w:val="left" w:pos="993"/>
        </w:tabs>
        <w:spacing w:before="120" w:beforeAutospacing="0" w:after="120" w:afterAutospacing="0" w:line="288" w:lineRule="auto"/>
        <w:ind w:left="0" w:firstLine="709"/>
        <w:jc w:val="both"/>
        <w:rPr>
          <w:sz w:val="26"/>
          <w:szCs w:val="26"/>
        </w:rPr>
      </w:pPr>
      <w:r w:rsidRPr="001D052A">
        <w:rPr>
          <w:rStyle w:val="Strong"/>
          <w:sz w:val="26"/>
          <w:szCs w:val="26"/>
        </w:rPr>
        <w:t>Số lượng yêu cầu</w:t>
      </w:r>
      <w:r w:rsidRPr="001D052A">
        <w:rPr>
          <w:sz w:val="26"/>
          <w:szCs w:val="26"/>
        </w:rPr>
        <w:t xml:space="preserve">: </w:t>
      </w:r>
      <w:r w:rsidR="004E1C49" w:rsidRPr="00283A0B">
        <w:rPr>
          <w:rStyle w:val="Strong"/>
          <w:b w:val="0"/>
          <w:i/>
          <w:sz w:val="26"/>
          <w:szCs w:val="26"/>
        </w:rPr>
        <w:t>Phụ lục đính kèm</w:t>
      </w:r>
    </w:p>
    <w:p w14:paraId="118CEF49" w14:textId="77777777" w:rsidR="001D052A" w:rsidRPr="001D052A" w:rsidRDefault="001D052A" w:rsidP="00C147F7">
      <w:pPr>
        <w:pStyle w:val="NormalWeb"/>
        <w:numPr>
          <w:ilvl w:val="0"/>
          <w:numId w:val="11"/>
        </w:numPr>
        <w:tabs>
          <w:tab w:val="left" w:pos="993"/>
        </w:tabs>
        <w:spacing w:before="120" w:beforeAutospacing="0" w:after="120" w:afterAutospacing="0" w:line="288" w:lineRule="auto"/>
        <w:ind w:left="0" w:firstLine="709"/>
        <w:jc w:val="both"/>
        <w:rPr>
          <w:sz w:val="26"/>
          <w:szCs w:val="26"/>
        </w:rPr>
      </w:pPr>
      <w:r w:rsidRPr="001D052A">
        <w:rPr>
          <w:rStyle w:val="Strong"/>
          <w:sz w:val="26"/>
          <w:szCs w:val="26"/>
        </w:rPr>
        <w:t>Chất liệu, màu sắc</w:t>
      </w:r>
      <w:r w:rsidRPr="001D052A">
        <w:rPr>
          <w:sz w:val="26"/>
          <w:szCs w:val="26"/>
        </w:rPr>
        <w:t xml:space="preserve">: </w:t>
      </w:r>
      <w:proofErr w:type="gramStart"/>
      <w:r w:rsidRPr="001D052A">
        <w:rPr>
          <w:sz w:val="26"/>
          <w:szCs w:val="26"/>
        </w:rPr>
        <w:t>theo</w:t>
      </w:r>
      <w:proofErr w:type="gramEnd"/>
      <w:r w:rsidRPr="001D052A">
        <w:rPr>
          <w:sz w:val="26"/>
          <w:szCs w:val="26"/>
        </w:rPr>
        <w:t xml:space="preserve"> mô tả trong bảng chi tiết</w:t>
      </w:r>
      <w:r w:rsidR="00A663A0">
        <w:rPr>
          <w:sz w:val="26"/>
          <w:szCs w:val="26"/>
        </w:rPr>
        <w:t xml:space="preserve"> kèm theo thông báo này</w:t>
      </w:r>
      <w:r w:rsidR="002C062A">
        <w:rPr>
          <w:sz w:val="26"/>
          <w:szCs w:val="26"/>
        </w:rPr>
        <w:t>.</w:t>
      </w:r>
    </w:p>
    <w:p w14:paraId="66C46B74" w14:textId="77777777" w:rsidR="001D052A" w:rsidRPr="001D052A" w:rsidRDefault="001D052A" w:rsidP="00C147F7">
      <w:pPr>
        <w:pStyle w:val="NormalWeb"/>
        <w:numPr>
          <w:ilvl w:val="0"/>
          <w:numId w:val="11"/>
        </w:numPr>
        <w:tabs>
          <w:tab w:val="left" w:pos="993"/>
        </w:tabs>
        <w:spacing w:before="120" w:beforeAutospacing="0" w:after="120" w:afterAutospacing="0" w:line="288" w:lineRule="auto"/>
        <w:ind w:left="0" w:firstLine="709"/>
        <w:jc w:val="both"/>
        <w:rPr>
          <w:sz w:val="26"/>
          <w:szCs w:val="26"/>
        </w:rPr>
      </w:pPr>
      <w:r w:rsidRPr="001D052A">
        <w:rPr>
          <w:rStyle w:val="Strong"/>
          <w:sz w:val="26"/>
          <w:szCs w:val="26"/>
        </w:rPr>
        <w:t>Yêu cầu đặc biệt</w:t>
      </w:r>
      <w:r w:rsidRPr="001D052A">
        <w:rPr>
          <w:sz w:val="26"/>
          <w:szCs w:val="26"/>
        </w:rPr>
        <w:t>:</w:t>
      </w:r>
    </w:p>
    <w:p w14:paraId="185B3A3A" w14:textId="77777777" w:rsidR="001D052A" w:rsidRPr="001D052A" w:rsidRDefault="001D052A" w:rsidP="00C147F7">
      <w:pPr>
        <w:pStyle w:val="NormalWeb"/>
        <w:numPr>
          <w:ilvl w:val="1"/>
          <w:numId w:val="11"/>
        </w:numPr>
        <w:tabs>
          <w:tab w:val="num" w:pos="720"/>
          <w:tab w:val="left" w:pos="993"/>
        </w:tabs>
        <w:spacing w:before="120" w:beforeAutospacing="0" w:after="120" w:afterAutospacing="0" w:line="288" w:lineRule="auto"/>
        <w:ind w:left="0" w:firstLine="709"/>
        <w:jc w:val="both"/>
        <w:rPr>
          <w:sz w:val="26"/>
          <w:szCs w:val="26"/>
        </w:rPr>
      </w:pPr>
      <w:r w:rsidRPr="001D052A">
        <w:rPr>
          <w:sz w:val="26"/>
          <w:szCs w:val="26"/>
        </w:rPr>
        <w:t xml:space="preserve">Báo giá bao gồm </w:t>
      </w:r>
      <w:r w:rsidRPr="0064631B">
        <w:rPr>
          <w:rStyle w:val="Strong"/>
          <w:b w:val="0"/>
          <w:sz w:val="26"/>
          <w:szCs w:val="26"/>
        </w:rPr>
        <w:t xml:space="preserve">chi phí lấy số đo từng cá nhân và may </w:t>
      </w:r>
      <w:proofErr w:type="gramStart"/>
      <w:r w:rsidRPr="0064631B">
        <w:rPr>
          <w:rStyle w:val="Strong"/>
          <w:b w:val="0"/>
          <w:sz w:val="26"/>
          <w:szCs w:val="26"/>
        </w:rPr>
        <w:t>theo</w:t>
      </w:r>
      <w:proofErr w:type="gramEnd"/>
      <w:r w:rsidRPr="0064631B">
        <w:rPr>
          <w:rStyle w:val="Strong"/>
          <w:b w:val="0"/>
          <w:sz w:val="26"/>
          <w:szCs w:val="26"/>
        </w:rPr>
        <w:t xml:space="preserve"> số đo thực tế</w:t>
      </w:r>
      <w:r w:rsidRPr="001D052A">
        <w:rPr>
          <w:sz w:val="26"/>
          <w:szCs w:val="26"/>
        </w:rPr>
        <w:t xml:space="preserve"> (không may sẵn theo size)</w:t>
      </w:r>
      <w:r w:rsidR="00012FDB">
        <w:rPr>
          <w:sz w:val="26"/>
          <w:szCs w:val="26"/>
        </w:rPr>
        <w:t>.</w:t>
      </w:r>
    </w:p>
    <w:p w14:paraId="7ED58AEC" w14:textId="77777777" w:rsidR="001D052A" w:rsidRPr="001D052A" w:rsidRDefault="001D052A" w:rsidP="00C147F7">
      <w:pPr>
        <w:pStyle w:val="NormalWeb"/>
        <w:numPr>
          <w:ilvl w:val="1"/>
          <w:numId w:val="11"/>
        </w:numPr>
        <w:tabs>
          <w:tab w:val="num" w:pos="720"/>
          <w:tab w:val="left" w:pos="993"/>
        </w:tabs>
        <w:spacing w:before="120" w:beforeAutospacing="0" w:after="120" w:afterAutospacing="0" w:line="288" w:lineRule="auto"/>
        <w:ind w:left="0" w:firstLine="709"/>
        <w:jc w:val="both"/>
        <w:rPr>
          <w:sz w:val="26"/>
          <w:szCs w:val="26"/>
        </w:rPr>
      </w:pPr>
      <w:r w:rsidRPr="001D052A">
        <w:rPr>
          <w:sz w:val="26"/>
          <w:szCs w:val="26"/>
        </w:rPr>
        <w:t xml:space="preserve">Cung cấp </w:t>
      </w:r>
      <w:r w:rsidRPr="0064631B">
        <w:rPr>
          <w:rStyle w:val="Strong"/>
          <w:b w:val="0"/>
          <w:sz w:val="26"/>
          <w:szCs w:val="26"/>
        </w:rPr>
        <w:t>mẫu vải thực tế của từng loại vải sử dụng</w:t>
      </w:r>
      <w:r w:rsidRPr="001D052A">
        <w:rPr>
          <w:sz w:val="26"/>
          <w:szCs w:val="26"/>
        </w:rPr>
        <w:t xml:space="preserve"> trong danh mục báo giá (mẫu vải có dán nhãn phân loại rõ ràng)</w:t>
      </w:r>
      <w:r w:rsidR="00012FDB">
        <w:rPr>
          <w:sz w:val="26"/>
          <w:szCs w:val="26"/>
        </w:rPr>
        <w:t>.</w:t>
      </w:r>
    </w:p>
    <w:p w14:paraId="613F875A" w14:textId="77777777" w:rsidR="001D052A" w:rsidRPr="0064631B" w:rsidRDefault="001D052A" w:rsidP="00C147F7">
      <w:pPr>
        <w:pStyle w:val="NormalWeb"/>
        <w:numPr>
          <w:ilvl w:val="1"/>
          <w:numId w:val="11"/>
        </w:numPr>
        <w:tabs>
          <w:tab w:val="num" w:pos="720"/>
          <w:tab w:val="left" w:pos="993"/>
        </w:tabs>
        <w:spacing w:before="120" w:beforeAutospacing="0" w:after="120" w:afterAutospacing="0" w:line="288" w:lineRule="auto"/>
        <w:ind w:left="0" w:firstLine="709"/>
        <w:jc w:val="both"/>
        <w:rPr>
          <w:b/>
          <w:sz w:val="26"/>
          <w:szCs w:val="26"/>
        </w:rPr>
      </w:pPr>
      <w:r w:rsidRPr="001D052A">
        <w:rPr>
          <w:sz w:val="26"/>
          <w:szCs w:val="26"/>
        </w:rPr>
        <w:t xml:space="preserve">Báo giá </w:t>
      </w:r>
      <w:proofErr w:type="gramStart"/>
      <w:r w:rsidRPr="001D052A">
        <w:rPr>
          <w:sz w:val="26"/>
          <w:szCs w:val="26"/>
        </w:rPr>
        <w:t>theo</w:t>
      </w:r>
      <w:proofErr w:type="gramEnd"/>
      <w:r w:rsidRPr="001D052A">
        <w:rPr>
          <w:sz w:val="26"/>
          <w:szCs w:val="26"/>
        </w:rPr>
        <w:t xml:space="preserve"> </w:t>
      </w:r>
      <w:r w:rsidRPr="0064631B">
        <w:rPr>
          <w:rStyle w:val="Strong"/>
          <w:b w:val="0"/>
          <w:sz w:val="26"/>
          <w:szCs w:val="26"/>
        </w:rPr>
        <w:t>đơn giá từng bộ</w:t>
      </w:r>
      <w:r w:rsidRPr="001D052A">
        <w:rPr>
          <w:sz w:val="26"/>
          <w:szCs w:val="26"/>
        </w:rPr>
        <w:t xml:space="preserve">, đã bao gồm </w:t>
      </w:r>
      <w:r w:rsidRPr="0064631B">
        <w:rPr>
          <w:rStyle w:val="Strong"/>
          <w:b w:val="0"/>
          <w:sz w:val="26"/>
          <w:szCs w:val="26"/>
        </w:rPr>
        <w:t>thuế, phí, đo size, vận chuyển và giao hàng tận nơi tại Bệnh viện</w:t>
      </w:r>
      <w:r w:rsidR="00012FDB">
        <w:rPr>
          <w:rStyle w:val="Strong"/>
          <w:b w:val="0"/>
          <w:sz w:val="26"/>
          <w:szCs w:val="26"/>
        </w:rPr>
        <w:t>.</w:t>
      </w:r>
    </w:p>
    <w:p w14:paraId="5D387F34" w14:textId="77777777" w:rsidR="001D052A" w:rsidRPr="007601F9" w:rsidRDefault="001D052A" w:rsidP="00C147F7">
      <w:pPr>
        <w:pStyle w:val="NormalWeb"/>
        <w:numPr>
          <w:ilvl w:val="1"/>
          <w:numId w:val="11"/>
        </w:numPr>
        <w:tabs>
          <w:tab w:val="num" w:pos="720"/>
          <w:tab w:val="left" w:pos="993"/>
        </w:tabs>
        <w:spacing w:before="120" w:beforeAutospacing="0" w:after="120" w:afterAutospacing="0" w:line="288" w:lineRule="auto"/>
        <w:ind w:left="0" w:firstLine="709"/>
        <w:jc w:val="both"/>
        <w:rPr>
          <w:rStyle w:val="Strong"/>
          <w:b w:val="0"/>
          <w:bCs w:val="0"/>
          <w:sz w:val="26"/>
          <w:szCs w:val="26"/>
        </w:rPr>
      </w:pPr>
      <w:r w:rsidRPr="001D052A">
        <w:rPr>
          <w:sz w:val="26"/>
          <w:szCs w:val="26"/>
        </w:rPr>
        <w:t xml:space="preserve">Cam kết tiến độ: </w:t>
      </w:r>
      <w:r w:rsidRPr="0064631B">
        <w:rPr>
          <w:rStyle w:val="Strong"/>
          <w:b w:val="0"/>
          <w:sz w:val="26"/>
          <w:szCs w:val="26"/>
        </w:rPr>
        <w:t>thời gian lấy số đo</w:t>
      </w:r>
      <w:r w:rsidRPr="0064631B">
        <w:rPr>
          <w:b/>
          <w:sz w:val="26"/>
          <w:szCs w:val="26"/>
        </w:rPr>
        <w:t xml:space="preserve">, </w:t>
      </w:r>
      <w:r w:rsidRPr="0064631B">
        <w:rPr>
          <w:rStyle w:val="Strong"/>
          <w:b w:val="0"/>
          <w:sz w:val="26"/>
          <w:szCs w:val="26"/>
        </w:rPr>
        <w:t>thời gian giao hàng</w:t>
      </w:r>
    </w:p>
    <w:p w14:paraId="63103D14" w14:textId="32963742" w:rsidR="007601F9" w:rsidRPr="00A23370" w:rsidRDefault="007601F9" w:rsidP="00C147F7">
      <w:pPr>
        <w:pStyle w:val="NormalWeb"/>
        <w:numPr>
          <w:ilvl w:val="1"/>
          <w:numId w:val="11"/>
        </w:numPr>
        <w:tabs>
          <w:tab w:val="num" w:pos="720"/>
          <w:tab w:val="left" w:pos="993"/>
        </w:tabs>
        <w:spacing w:before="120" w:beforeAutospacing="0" w:after="120" w:afterAutospacing="0" w:line="288" w:lineRule="auto"/>
        <w:ind w:left="0" w:firstLine="709"/>
        <w:jc w:val="both"/>
        <w:rPr>
          <w:rStyle w:val="Strong"/>
          <w:b w:val="0"/>
          <w:bCs w:val="0"/>
          <w:sz w:val="26"/>
          <w:szCs w:val="26"/>
        </w:rPr>
      </w:pPr>
      <w:r>
        <w:rPr>
          <w:rStyle w:val="Strong"/>
          <w:b w:val="0"/>
          <w:sz w:val="26"/>
          <w:szCs w:val="26"/>
        </w:rPr>
        <w:t>Cam kết hàng hoá đúng mẫu và thông số kỹ thuật đã chào.</w:t>
      </w:r>
    </w:p>
    <w:p w14:paraId="5B74E33A" w14:textId="77777777" w:rsidR="00A23370" w:rsidRPr="00E94E82" w:rsidRDefault="00A23370" w:rsidP="00C147F7">
      <w:pPr>
        <w:pStyle w:val="Heading3"/>
        <w:tabs>
          <w:tab w:val="left" w:pos="993"/>
        </w:tabs>
        <w:spacing w:before="120" w:after="120" w:line="288" w:lineRule="auto"/>
        <w:rPr>
          <w:rFonts w:ascii="Times New Roman" w:hAnsi="Times New Roman" w:cs="Times New Roman"/>
          <w:color w:val="auto"/>
          <w:sz w:val="26"/>
          <w:szCs w:val="26"/>
        </w:rPr>
      </w:pPr>
      <w:r w:rsidRPr="00E94E82">
        <w:rPr>
          <w:rStyle w:val="Strong"/>
          <w:rFonts w:ascii="Times New Roman" w:hAnsi="Times New Roman" w:cs="Times New Roman"/>
          <w:b/>
          <w:bCs/>
          <w:color w:val="auto"/>
          <w:sz w:val="26"/>
          <w:szCs w:val="26"/>
        </w:rPr>
        <w:t xml:space="preserve">2. Hồ </w:t>
      </w:r>
      <w:proofErr w:type="gramStart"/>
      <w:r w:rsidRPr="00E94E82">
        <w:rPr>
          <w:rStyle w:val="Strong"/>
          <w:rFonts w:ascii="Times New Roman" w:hAnsi="Times New Roman" w:cs="Times New Roman"/>
          <w:b/>
          <w:bCs/>
          <w:color w:val="auto"/>
          <w:sz w:val="26"/>
          <w:szCs w:val="26"/>
        </w:rPr>
        <w:t>sơ</w:t>
      </w:r>
      <w:proofErr w:type="gramEnd"/>
      <w:r w:rsidRPr="00E94E82">
        <w:rPr>
          <w:rStyle w:val="Strong"/>
          <w:rFonts w:ascii="Times New Roman" w:hAnsi="Times New Roman" w:cs="Times New Roman"/>
          <w:b/>
          <w:bCs/>
          <w:color w:val="auto"/>
          <w:sz w:val="26"/>
          <w:szCs w:val="26"/>
        </w:rPr>
        <w:t xml:space="preserve"> chào giá gồm:</w:t>
      </w:r>
    </w:p>
    <w:p w14:paraId="2E3E1325" w14:textId="23502B72" w:rsidR="00A23370" w:rsidRPr="00E94E82" w:rsidRDefault="00A23370" w:rsidP="00C147F7">
      <w:pPr>
        <w:pStyle w:val="NormalWeb"/>
        <w:numPr>
          <w:ilvl w:val="0"/>
          <w:numId w:val="12"/>
        </w:numPr>
        <w:tabs>
          <w:tab w:val="left" w:pos="993"/>
        </w:tabs>
        <w:spacing w:before="120" w:beforeAutospacing="0" w:after="120" w:afterAutospacing="0" w:line="288" w:lineRule="auto"/>
        <w:ind w:left="0" w:firstLine="709"/>
        <w:rPr>
          <w:sz w:val="26"/>
          <w:szCs w:val="26"/>
        </w:rPr>
      </w:pPr>
      <w:r w:rsidRPr="00E94E82">
        <w:rPr>
          <w:sz w:val="26"/>
          <w:szCs w:val="26"/>
        </w:rPr>
        <w:t xml:space="preserve">Văn </w:t>
      </w:r>
      <w:r w:rsidR="00731649">
        <w:rPr>
          <w:sz w:val="26"/>
          <w:szCs w:val="26"/>
        </w:rPr>
        <w:t>bản báo giá có ký tên, đóng dấu</w:t>
      </w:r>
      <w:r w:rsidR="007601F9">
        <w:rPr>
          <w:sz w:val="26"/>
          <w:szCs w:val="26"/>
        </w:rPr>
        <w:t>.</w:t>
      </w:r>
    </w:p>
    <w:p w14:paraId="790734AA" w14:textId="628B7AB2" w:rsidR="00A23370" w:rsidRPr="00B31A03" w:rsidRDefault="00A23370" w:rsidP="00B31A03">
      <w:pPr>
        <w:pStyle w:val="NormalWeb"/>
        <w:numPr>
          <w:ilvl w:val="0"/>
          <w:numId w:val="12"/>
        </w:numPr>
        <w:tabs>
          <w:tab w:val="left" w:pos="993"/>
        </w:tabs>
        <w:spacing w:before="120" w:beforeAutospacing="0" w:after="120" w:afterAutospacing="0" w:line="288" w:lineRule="auto"/>
        <w:ind w:left="0" w:firstLine="709"/>
        <w:rPr>
          <w:sz w:val="26"/>
          <w:szCs w:val="26"/>
        </w:rPr>
      </w:pPr>
      <w:r w:rsidRPr="00E94E82">
        <w:rPr>
          <w:sz w:val="26"/>
          <w:szCs w:val="26"/>
        </w:rPr>
        <w:t>Thuyết minh ngắn gọn về chất liệu, xuất xứ vải</w:t>
      </w:r>
      <w:r w:rsidR="007601F9">
        <w:rPr>
          <w:sz w:val="26"/>
          <w:szCs w:val="26"/>
        </w:rPr>
        <w:t>.</w:t>
      </w:r>
    </w:p>
    <w:p w14:paraId="247C5BCA" w14:textId="064FB1BE" w:rsidR="00A23370" w:rsidRDefault="00A23370" w:rsidP="00C147F7">
      <w:pPr>
        <w:pStyle w:val="NormalWeb"/>
        <w:numPr>
          <w:ilvl w:val="0"/>
          <w:numId w:val="12"/>
        </w:numPr>
        <w:tabs>
          <w:tab w:val="left" w:pos="993"/>
        </w:tabs>
        <w:spacing w:before="120" w:beforeAutospacing="0" w:after="120" w:afterAutospacing="0" w:line="288" w:lineRule="auto"/>
        <w:ind w:left="0" w:firstLine="709"/>
        <w:rPr>
          <w:sz w:val="26"/>
          <w:szCs w:val="26"/>
        </w:rPr>
      </w:pPr>
      <w:r w:rsidRPr="001D7AB7">
        <w:rPr>
          <w:rStyle w:val="Strong"/>
          <w:b w:val="0"/>
          <w:sz w:val="26"/>
          <w:szCs w:val="26"/>
        </w:rPr>
        <w:lastRenderedPageBreak/>
        <w:t>Mẫu vải đính kèm</w:t>
      </w:r>
      <w:r w:rsidRPr="00E94E82">
        <w:rPr>
          <w:sz w:val="26"/>
          <w:szCs w:val="26"/>
        </w:rPr>
        <w:t xml:space="preserve"> (có nhãn tên từng loại)</w:t>
      </w:r>
      <w:r w:rsidR="007601F9">
        <w:rPr>
          <w:sz w:val="26"/>
          <w:szCs w:val="26"/>
        </w:rPr>
        <w:t>.</w:t>
      </w:r>
    </w:p>
    <w:p w14:paraId="48382F50" w14:textId="50BA28A9" w:rsidR="007601F9" w:rsidRPr="00E94E82" w:rsidRDefault="007601F9" w:rsidP="00C147F7">
      <w:pPr>
        <w:pStyle w:val="NormalWeb"/>
        <w:numPr>
          <w:ilvl w:val="0"/>
          <w:numId w:val="12"/>
        </w:numPr>
        <w:tabs>
          <w:tab w:val="left" w:pos="993"/>
        </w:tabs>
        <w:spacing w:before="120" w:beforeAutospacing="0" w:after="120" w:afterAutospacing="0" w:line="288" w:lineRule="auto"/>
        <w:ind w:left="0" w:firstLine="709"/>
        <w:rPr>
          <w:sz w:val="26"/>
          <w:szCs w:val="26"/>
        </w:rPr>
      </w:pPr>
      <w:r>
        <w:rPr>
          <w:sz w:val="26"/>
          <w:szCs w:val="26"/>
        </w:rPr>
        <w:t>Catalogue/ tài liệu kỹ thuật hoặc ph</w:t>
      </w:r>
      <w:r w:rsidR="00B31A03">
        <w:rPr>
          <w:sz w:val="26"/>
          <w:szCs w:val="26"/>
        </w:rPr>
        <w:t>iếu thông số kỹ thuật của (</w:t>
      </w:r>
      <w:r>
        <w:rPr>
          <w:sz w:val="26"/>
          <w:szCs w:val="26"/>
        </w:rPr>
        <w:t>nếu có).</w:t>
      </w:r>
    </w:p>
    <w:p w14:paraId="51DA1BF0" w14:textId="77777777" w:rsidR="00A23370" w:rsidRPr="00E94E82" w:rsidRDefault="00A23370" w:rsidP="00C147F7">
      <w:pPr>
        <w:pStyle w:val="Heading3"/>
        <w:tabs>
          <w:tab w:val="left" w:pos="993"/>
        </w:tabs>
        <w:spacing w:before="120" w:after="120" w:line="288" w:lineRule="auto"/>
        <w:rPr>
          <w:rFonts w:ascii="Times New Roman" w:hAnsi="Times New Roman" w:cs="Times New Roman"/>
          <w:color w:val="auto"/>
          <w:sz w:val="26"/>
          <w:szCs w:val="26"/>
        </w:rPr>
      </w:pPr>
      <w:r w:rsidRPr="00E94E82">
        <w:rPr>
          <w:rStyle w:val="Strong"/>
          <w:rFonts w:ascii="Times New Roman" w:hAnsi="Times New Roman" w:cs="Times New Roman"/>
          <w:b/>
          <w:bCs/>
          <w:color w:val="auto"/>
          <w:sz w:val="26"/>
          <w:szCs w:val="26"/>
        </w:rPr>
        <w:t>3. Thời hạn và hình thức gửi báo giá:</w:t>
      </w:r>
    </w:p>
    <w:p w14:paraId="376EB1EF" w14:textId="2EC323E3" w:rsidR="00A23370" w:rsidRPr="00E94E82" w:rsidRDefault="00A23370" w:rsidP="00C147F7">
      <w:pPr>
        <w:pStyle w:val="NormalWeb"/>
        <w:numPr>
          <w:ilvl w:val="0"/>
          <w:numId w:val="13"/>
        </w:numPr>
        <w:tabs>
          <w:tab w:val="left" w:pos="993"/>
        </w:tabs>
        <w:spacing w:before="120" w:beforeAutospacing="0" w:after="120" w:afterAutospacing="0" w:line="288" w:lineRule="auto"/>
        <w:ind w:left="0" w:firstLine="709"/>
        <w:rPr>
          <w:sz w:val="26"/>
          <w:szCs w:val="26"/>
        </w:rPr>
      </w:pPr>
      <w:r w:rsidRPr="00E94E82">
        <w:rPr>
          <w:rStyle w:val="Strong"/>
          <w:sz w:val="26"/>
          <w:szCs w:val="26"/>
        </w:rPr>
        <w:t>Thời hạn nộp báo giá</w:t>
      </w:r>
      <w:r w:rsidRPr="00E94E82">
        <w:rPr>
          <w:sz w:val="26"/>
          <w:szCs w:val="26"/>
        </w:rPr>
        <w:t>: Trước 17 giờ 00 phút</w:t>
      </w:r>
      <w:r w:rsidR="00B31A03">
        <w:rPr>
          <w:sz w:val="26"/>
          <w:szCs w:val="26"/>
        </w:rPr>
        <w:t xml:space="preserve">, ngày 18 tháng 9 </w:t>
      </w:r>
      <w:r w:rsidRPr="00E94E82">
        <w:rPr>
          <w:sz w:val="26"/>
          <w:szCs w:val="26"/>
        </w:rPr>
        <w:t xml:space="preserve"> năm 202</w:t>
      </w:r>
      <w:r w:rsidR="00643B54">
        <w:rPr>
          <w:sz w:val="26"/>
          <w:szCs w:val="26"/>
        </w:rPr>
        <w:t>6</w:t>
      </w:r>
    </w:p>
    <w:p w14:paraId="2CACFF4F" w14:textId="77777777" w:rsidR="00A23370" w:rsidRPr="00E94E82" w:rsidRDefault="00A23370" w:rsidP="00C147F7">
      <w:pPr>
        <w:pStyle w:val="NormalWeb"/>
        <w:numPr>
          <w:ilvl w:val="0"/>
          <w:numId w:val="13"/>
        </w:numPr>
        <w:tabs>
          <w:tab w:val="left" w:pos="993"/>
        </w:tabs>
        <w:spacing w:before="120" w:beforeAutospacing="0" w:after="120" w:afterAutospacing="0" w:line="288" w:lineRule="auto"/>
        <w:ind w:left="0" w:firstLine="709"/>
        <w:rPr>
          <w:sz w:val="26"/>
          <w:szCs w:val="26"/>
        </w:rPr>
      </w:pPr>
      <w:r w:rsidRPr="00E94E82">
        <w:rPr>
          <w:rStyle w:val="Strong"/>
          <w:sz w:val="26"/>
          <w:szCs w:val="26"/>
        </w:rPr>
        <w:t>Hình thức gửi</w:t>
      </w:r>
      <w:r w:rsidRPr="00E94E82">
        <w:rPr>
          <w:sz w:val="26"/>
          <w:szCs w:val="26"/>
        </w:rPr>
        <w:t>:</w:t>
      </w:r>
      <w:r w:rsidR="00D43708" w:rsidRPr="00E94E82">
        <w:rPr>
          <w:sz w:val="26"/>
          <w:szCs w:val="26"/>
        </w:rPr>
        <w:t xml:space="preserve"> Trực tiếp</w:t>
      </w:r>
      <w:r w:rsidR="00F173B3" w:rsidRPr="00E94E82">
        <w:rPr>
          <w:sz w:val="26"/>
          <w:szCs w:val="26"/>
        </w:rPr>
        <w:t xml:space="preserve"> tại Số 16, Hải Thượng Lãn Ông, khóm 6, phường Hòa Thành, tỉnh Cà Mau</w:t>
      </w:r>
    </w:p>
    <w:p w14:paraId="03CB393E" w14:textId="77777777" w:rsidR="00A23370" w:rsidRPr="00E94E82" w:rsidRDefault="00D43708" w:rsidP="00C147F7">
      <w:pPr>
        <w:pStyle w:val="NormalWeb"/>
        <w:numPr>
          <w:ilvl w:val="0"/>
          <w:numId w:val="13"/>
        </w:numPr>
        <w:tabs>
          <w:tab w:val="left" w:pos="993"/>
        </w:tabs>
        <w:spacing w:before="120" w:beforeAutospacing="0" w:after="120" w:afterAutospacing="0" w:line="288" w:lineRule="auto"/>
        <w:ind w:left="0" w:firstLine="709"/>
        <w:rPr>
          <w:sz w:val="26"/>
          <w:szCs w:val="26"/>
        </w:rPr>
      </w:pPr>
      <w:r w:rsidRPr="00E94E82">
        <w:rPr>
          <w:rStyle w:val="Strong"/>
          <w:sz w:val="26"/>
          <w:szCs w:val="26"/>
        </w:rPr>
        <w:t>Thông tin liên hệ</w:t>
      </w:r>
      <w:r w:rsidRPr="00E94E82">
        <w:rPr>
          <w:sz w:val="26"/>
          <w:szCs w:val="26"/>
        </w:rPr>
        <w:t>:</w:t>
      </w:r>
    </w:p>
    <w:p w14:paraId="2FEDD0CE" w14:textId="77777777" w:rsidR="00EE56BB" w:rsidRDefault="007B5CB5" w:rsidP="00C147F7">
      <w:pPr>
        <w:pStyle w:val="NormalWeb"/>
        <w:numPr>
          <w:ilvl w:val="2"/>
          <w:numId w:val="13"/>
        </w:numPr>
        <w:tabs>
          <w:tab w:val="left" w:pos="993"/>
        </w:tabs>
        <w:spacing w:before="120" w:beforeAutospacing="0" w:after="120" w:afterAutospacing="0" w:line="288" w:lineRule="auto"/>
        <w:ind w:left="0" w:firstLine="709"/>
        <w:rPr>
          <w:sz w:val="26"/>
          <w:szCs w:val="26"/>
        </w:rPr>
      </w:pPr>
      <w:r>
        <w:rPr>
          <w:sz w:val="26"/>
          <w:szCs w:val="26"/>
        </w:rPr>
        <w:t xml:space="preserve">Ông: Ths Trần Thế Duy </w:t>
      </w:r>
      <w:r w:rsidR="00C0530C">
        <w:rPr>
          <w:sz w:val="26"/>
          <w:szCs w:val="26"/>
        </w:rPr>
        <w:t xml:space="preserve">                           </w:t>
      </w:r>
    </w:p>
    <w:p w14:paraId="265FB433" w14:textId="0DE23B32" w:rsidR="001F67E7" w:rsidRPr="00E94E82" w:rsidRDefault="00841805" w:rsidP="00C147F7">
      <w:pPr>
        <w:pStyle w:val="NormalWeb"/>
        <w:numPr>
          <w:ilvl w:val="2"/>
          <w:numId w:val="13"/>
        </w:numPr>
        <w:tabs>
          <w:tab w:val="left" w:pos="993"/>
        </w:tabs>
        <w:spacing w:before="120" w:beforeAutospacing="0" w:after="120" w:afterAutospacing="0" w:line="288" w:lineRule="auto"/>
        <w:ind w:left="0" w:firstLine="709"/>
        <w:rPr>
          <w:sz w:val="26"/>
          <w:szCs w:val="26"/>
        </w:rPr>
      </w:pPr>
      <w:r w:rsidRPr="00E94E82">
        <w:rPr>
          <w:sz w:val="26"/>
          <w:szCs w:val="26"/>
        </w:rPr>
        <w:t xml:space="preserve">Số điện thoại: </w:t>
      </w:r>
      <w:r w:rsidR="007B5CB5">
        <w:rPr>
          <w:sz w:val="26"/>
          <w:szCs w:val="26"/>
        </w:rPr>
        <w:t>0901.092.186</w:t>
      </w:r>
    </w:p>
    <w:p w14:paraId="4090D69A" w14:textId="4FA3AA7E" w:rsidR="00A23370" w:rsidRPr="00E94E82" w:rsidRDefault="00C0530C" w:rsidP="00C147F7">
      <w:pPr>
        <w:pStyle w:val="NormalWeb"/>
        <w:numPr>
          <w:ilvl w:val="2"/>
          <w:numId w:val="13"/>
        </w:numPr>
        <w:tabs>
          <w:tab w:val="left" w:pos="993"/>
        </w:tabs>
        <w:spacing w:before="120" w:beforeAutospacing="0" w:after="120" w:afterAutospacing="0" w:line="288" w:lineRule="auto"/>
        <w:ind w:left="0" w:firstLine="709"/>
        <w:rPr>
          <w:sz w:val="26"/>
          <w:szCs w:val="26"/>
        </w:rPr>
      </w:pPr>
      <w:r>
        <w:rPr>
          <w:sz w:val="26"/>
          <w:szCs w:val="26"/>
        </w:rPr>
        <w:t xml:space="preserve">Đơn vị: </w:t>
      </w:r>
      <w:r w:rsidR="00B31A03">
        <w:rPr>
          <w:sz w:val="26"/>
          <w:szCs w:val="26"/>
        </w:rPr>
        <w:t>Phòng h</w:t>
      </w:r>
      <w:r w:rsidR="00EE721A">
        <w:rPr>
          <w:sz w:val="26"/>
          <w:szCs w:val="26"/>
        </w:rPr>
        <w:t>ành chính quản trị</w:t>
      </w:r>
    </w:p>
    <w:p w14:paraId="0F85B621" w14:textId="77777777" w:rsidR="00F46654" w:rsidRPr="00E94E82" w:rsidRDefault="00F46654" w:rsidP="002953F6">
      <w:pPr>
        <w:pStyle w:val="ListParagraph"/>
        <w:tabs>
          <w:tab w:val="left" w:pos="993"/>
        </w:tabs>
        <w:spacing w:before="120" w:after="120" w:line="288" w:lineRule="auto"/>
        <w:ind w:left="0" w:firstLine="709"/>
        <w:rPr>
          <w:rFonts w:ascii="Times New Roman" w:eastAsia="Times New Roman" w:hAnsi="Times New Roman" w:cs="Times New Roman"/>
          <w:sz w:val="26"/>
          <w:szCs w:val="26"/>
        </w:rPr>
      </w:pPr>
      <w:r w:rsidRPr="00E94E82">
        <w:rPr>
          <w:rFonts w:ascii="Times New Roman" w:eastAsia="Times New Roman" w:hAnsi="Times New Roman" w:cs="Times New Roman"/>
          <w:sz w:val="26"/>
          <w:szCs w:val="26"/>
        </w:rPr>
        <w:t>Bệnh viện Đa khoa Cà Mau trân trọng kính mời Quý đơn vị quan tâm gửi báo giá đúng thời hạn. Rất mong nhận được sự phối hợp và phản hồi từ Quý đơn vị.</w:t>
      </w:r>
    </w:p>
    <w:p w14:paraId="17A8BDD9" w14:textId="77777777" w:rsidR="00F46654" w:rsidRPr="00E94E82" w:rsidRDefault="00F46654" w:rsidP="002953F6">
      <w:pPr>
        <w:pStyle w:val="ListParagraph"/>
        <w:tabs>
          <w:tab w:val="left" w:pos="993"/>
        </w:tabs>
        <w:spacing w:before="120" w:after="120" w:line="288" w:lineRule="auto"/>
        <w:ind w:left="709"/>
        <w:rPr>
          <w:rFonts w:ascii="Times New Roman" w:eastAsia="Times New Roman" w:hAnsi="Times New Roman" w:cs="Times New Roman"/>
          <w:sz w:val="26"/>
          <w:szCs w:val="26"/>
        </w:rPr>
      </w:pPr>
      <w:r w:rsidRPr="00E94E82">
        <w:rPr>
          <w:rFonts w:ascii="Times New Roman" w:eastAsia="Times New Roman" w:hAnsi="Times New Roman" w:cs="Times New Roman"/>
          <w:sz w:val="26"/>
          <w:szCs w:val="26"/>
        </w:rPr>
        <w:t>Trân trọng kính chào!</w:t>
      </w:r>
    </w:p>
    <w:p w14:paraId="3F87E79A" w14:textId="185140EC" w:rsidR="00F46654" w:rsidRPr="006836EF" w:rsidRDefault="00B31A03" w:rsidP="00C147F7">
      <w:pPr>
        <w:pStyle w:val="NormalWeb"/>
        <w:ind w:left="5040" w:firstLine="720"/>
        <w:jc w:val="center"/>
        <w:rPr>
          <w:b/>
        </w:rPr>
      </w:pPr>
      <w:r>
        <w:rPr>
          <w:b/>
        </w:rPr>
        <w:t>TL.</w:t>
      </w:r>
      <w:r w:rsidR="00F46654" w:rsidRPr="006836EF">
        <w:rPr>
          <w:b/>
        </w:rPr>
        <w:t>GIÁM ĐỐC</w:t>
      </w:r>
    </w:p>
    <w:p w14:paraId="5BCCDA82" w14:textId="77777777" w:rsidR="001D052A" w:rsidRDefault="001D052A" w:rsidP="001D052A">
      <w:pPr>
        <w:pStyle w:val="ListBullet"/>
        <w:numPr>
          <w:ilvl w:val="0"/>
          <w:numId w:val="0"/>
        </w:numPr>
        <w:tabs>
          <w:tab w:val="left" w:pos="4253"/>
          <w:tab w:val="left" w:pos="7371"/>
        </w:tabs>
        <w:spacing w:before="120" w:after="120" w:line="288" w:lineRule="auto"/>
        <w:ind w:firstLine="709"/>
        <w:contextualSpacing w:val="0"/>
        <w:rPr>
          <w:rFonts w:ascii="Times New Roman" w:hAnsi="Times New Roman" w:cs="Times New Roman"/>
          <w:sz w:val="26"/>
          <w:szCs w:val="26"/>
        </w:rPr>
      </w:pPr>
    </w:p>
    <w:p w14:paraId="5CE785B7" w14:textId="77777777" w:rsidR="00021ECC" w:rsidRPr="00844BEF" w:rsidRDefault="00021ECC" w:rsidP="001D052A">
      <w:pPr>
        <w:pStyle w:val="ListBullet"/>
        <w:numPr>
          <w:ilvl w:val="0"/>
          <w:numId w:val="0"/>
        </w:numPr>
        <w:tabs>
          <w:tab w:val="left" w:pos="4253"/>
          <w:tab w:val="left" w:pos="7371"/>
        </w:tabs>
        <w:spacing w:before="120" w:after="120" w:line="288" w:lineRule="auto"/>
        <w:ind w:firstLine="709"/>
        <w:contextualSpacing w:val="0"/>
        <w:rPr>
          <w:rFonts w:ascii="Times New Roman" w:hAnsi="Times New Roman" w:cs="Times New Roman"/>
          <w:color w:val="000000"/>
          <w:sz w:val="27"/>
          <w:szCs w:val="27"/>
        </w:rPr>
      </w:pPr>
    </w:p>
    <w:p w14:paraId="3901AB2D" w14:textId="77777777" w:rsidR="00B65186" w:rsidRPr="00A770EF" w:rsidRDefault="00B65186" w:rsidP="00EC516B">
      <w:pPr>
        <w:rPr>
          <w:rFonts w:ascii="Times New Roman" w:hAnsi="Times New Roman" w:cs="Times New Roman"/>
          <w:b/>
          <w:sz w:val="26"/>
          <w:szCs w:val="26"/>
        </w:rPr>
        <w:sectPr w:rsidR="00B65186" w:rsidRPr="00A770EF" w:rsidSect="00C6119D">
          <w:pgSz w:w="12240" w:h="15840"/>
          <w:pgMar w:top="1134" w:right="1134" w:bottom="1134" w:left="1701" w:header="720" w:footer="720" w:gutter="0"/>
          <w:cols w:space="720"/>
          <w:docGrid w:linePitch="360"/>
        </w:sectPr>
      </w:pPr>
    </w:p>
    <w:p w14:paraId="1010B431" w14:textId="619E496A" w:rsidR="00B65186" w:rsidRPr="00A770EF" w:rsidRDefault="00291730" w:rsidP="00EC516B">
      <w:pPr>
        <w:spacing w:after="0"/>
        <w:jc w:val="center"/>
        <w:rPr>
          <w:rFonts w:ascii="Times New Roman" w:hAnsi="Times New Roman" w:cs="Times New Roman"/>
          <w:b/>
          <w:sz w:val="26"/>
          <w:szCs w:val="26"/>
        </w:rPr>
      </w:pPr>
      <w:r>
        <w:rPr>
          <w:rFonts w:ascii="Times New Roman" w:hAnsi="Times New Roman" w:cs="Times New Roman"/>
          <w:b/>
          <w:sz w:val="26"/>
          <w:szCs w:val="26"/>
        </w:rPr>
        <w:lastRenderedPageBreak/>
        <w:t>PHỤ LỤC</w:t>
      </w:r>
      <w:r w:rsidR="002C41FE">
        <w:rPr>
          <w:rFonts w:ascii="Times New Roman" w:hAnsi="Times New Roman" w:cs="Times New Roman"/>
          <w:b/>
          <w:sz w:val="26"/>
          <w:szCs w:val="26"/>
        </w:rPr>
        <w:t xml:space="preserve"> TRANG PHỤC Y TẾ</w:t>
      </w:r>
      <w:r w:rsidR="00277660">
        <w:rPr>
          <w:rFonts w:ascii="Times New Roman" w:hAnsi="Times New Roman" w:cs="Times New Roman"/>
          <w:b/>
          <w:sz w:val="26"/>
          <w:szCs w:val="26"/>
        </w:rPr>
        <w:t xml:space="preserve"> </w:t>
      </w:r>
    </w:p>
    <w:p w14:paraId="0FF90850" w14:textId="55910CCF" w:rsidR="00EB01B1" w:rsidRPr="00A770EF" w:rsidRDefault="00B65186" w:rsidP="00277660">
      <w:pPr>
        <w:spacing w:after="0"/>
        <w:jc w:val="center"/>
        <w:rPr>
          <w:rFonts w:ascii="Times New Roman" w:hAnsi="Times New Roman" w:cs="Times New Roman"/>
          <w:i/>
          <w:sz w:val="26"/>
          <w:szCs w:val="26"/>
        </w:rPr>
      </w:pPr>
      <w:r w:rsidRPr="00A770EF">
        <w:rPr>
          <w:rFonts w:ascii="Times New Roman" w:hAnsi="Times New Roman" w:cs="Times New Roman"/>
          <w:i/>
          <w:sz w:val="26"/>
          <w:szCs w:val="26"/>
        </w:rPr>
        <w:t xml:space="preserve">(Kèm </w:t>
      </w:r>
      <w:proofErr w:type="gramStart"/>
      <w:r w:rsidR="00A73CF7">
        <w:rPr>
          <w:rFonts w:ascii="Times New Roman" w:hAnsi="Times New Roman" w:cs="Times New Roman"/>
          <w:i/>
          <w:sz w:val="26"/>
          <w:szCs w:val="26"/>
        </w:rPr>
        <w:t>theo</w:t>
      </w:r>
      <w:proofErr w:type="gramEnd"/>
      <w:r w:rsidR="00A73CF7">
        <w:rPr>
          <w:rFonts w:ascii="Times New Roman" w:hAnsi="Times New Roman" w:cs="Times New Roman"/>
          <w:i/>
          <w:sz w:val="26"/>
          <w:szCs w:val="26"/>
        </w:rPr>
        <w:t xml:space="preserve"> yêu cầu chào giá</w:t>
      </w:r>
      <w:r w:rsidRPr="00A770EF">
        <w:rPr>
          <w:rFonts w:ascii="Times New Roman" w:hAnsi="Times New Roman" w:cs="Times New Roman"/>
          <w:i/>
          <w:sz w:val="26"/>
          <w:szCs w:val="26"/>
        </w:rPr>
        <w:t xml:space="preserve"> ngày …</w:t>
      </w:r>
      <w:r w:rsidR="00277660">
        <w:rPr>
          <w:rFonts w:ascii="Times New Roman" w:hAnsi="Times New Roman" w:cs="Times New Roman"/>
          <w:i/>
          <w:sz w:val="26"/>
          <w:szCs w:val="26"/>
        </w:rPr>
        <w:t>.</w:t>
      </w:r>
      <w:r w:rsidRPr="00A770EF">
        <w:rPr>
          <w:rFonts w:ascii="Times New Roman" w:hAnsi="Times New Roman" w:cs="Times New Roman"/>
          <w:i/>
          <w:sz w:val="26"/>
          <w:szCs w:val="26"/>
        </w:rPr>
        <w:t xml:space="preserve"> / </w:t>
      </w:r>
      <w:proofErr w:type="gramStart"/>
      <w:r w:rsidRPr="00A770EF">
        <w:rPr>
          <w:rFonts w:ascii="Times New Roman" w:hAnsi="Times New Roman" w:cs="Times New Roman"/>
          <w:i/>
          <w:sz w:val="26"/>
          <w:szCs w:val="26"/>
        </w:rPr>
        <w:t xml:space="preserve">… </w:t>
      </w:r>
      <w:r w:rsidR="00277660">
        <w:rPr>
          <w:rFonts w:ascii="Times New Roman" w:hAnsi="Times New Roman" w:cs="Times New Roman"/>
          <w:i/>
          <w:sz w:val="26"/>
          <w:szCs w:val="26"/>
        </w:rPr>
        <w:t>.</w:t>
      </w:r>
      <w:r w:rsidRPr="00A770EF">
        <w:rPr>
          <w:rFonts w:ascii="Times New Roman" w:hAnsi="Times New Roman" w:cs="Times New Roman"/>
          <w:i/>
          <w:sz w:val="26"/>
          <w:szCs w:val="26"/>
        </w:rPr>
        <w:t>/</w:t>
      </w:r>
      <w:proofErr w:type="gramEnd"/>
      <w:r w:rsidRPr="00A770EF">
        <w:rPr>
          <w:rFonts w:ascii="Times New Roman" w:hAnsi="Times New Roman" w:cs="Times New Roman"/>
          <w:i/>
          <w:sz w:val="26"/>
          <w:szCs w:val="26"/>
        </w:rPr>
        <w:t>202</w:t>
      </w:r>
      <w:r w:rsidR="00FD428A">
        <w:rPr>
          <w:rFonts w:ascii="Times New Roman" w:hAnsi="Times New Roman" w:cs="Times New Roman"/>
          <w:i/>
          <w:sz w:val="26"/>
          <w:szCs w:val="26"/>
        </w:rPr>
        <w:t>6</w:t>
      </w:r>
      <w:r w:rsidRPr="00A770EF">
        <w:rPr>
          <w:rFonts w:ascii="Times New Roman" w:hAnsi="Times New Roman" w:cs="Times New Roman"/>
          <w:i/>
          <w:sz w:val="26"/>
          <w:szCs w:val="26"/>
        </w:rPr>
        <w:t xml:space="preserve"> của </w:t>
      </w:r>
      <w:r w:rsidR="00CE2931">
        <w:rPr>
          <w:rFonts w:ascii="Times New Roman" w:hAnsi="Times New Roman" w:cs="Times New Roman"/>
          <w:i/>
          <w:sz w:val="26"/>
          <w:szCs w:val="26"/>
        </w:rPr>
        <w:t>Bệnh viện đa khoa Cà Mau</w:t>
      </w:r>
      <w:r w:rsidRPr="00A770EF">
        <w:rPr>
          <w:rFonts w:ascii="Times New Roman" w:hAnsi="Times New Roman" w:cs="Times New Roman"/>
          <w:i/>
          <w:sz w:val="26"/>
          <w:szCs w:val="26"/>
        </w:rPr>
        <w:t>)</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3"/>
        <w:gridCol w:w="5759"/>
        <w:gridCol w:w="765"/>
        <w:gridCol w:w="1272"/>
      </w:tblGrid>
      <w:tr w:rsidR="006C6F47" w:rsidRPr="006C6F47" w14:paraId="0AF73E80" w14:textId="77777777" w:rsidTr="004111B5">
        <w:trPr>
          <w:trHeight w:val="667"/>
          <w:tblHeader/>
        </w:trPr>
        <w:tc>
          <w:tcPr>
            <w:tcW w:w="709" w:type="dxa"/>
            <w:vAlign w:val="center"/>
          </w:tcPr>
          <w:p w14:paraId="2C0245F0" w14:textId="77777777" w:rsidR="001641AF" w:rsidRPr="006C6F47" w:rsidRDefault="001641AF" w:rsidP="006C6F47">
            <w:pPr>
              <w:widowControl w:val="0"/>
              <w:spacing w:after="0" w:line="240" w:lineRule="auto"/>
              <w:jc w:val="center"/>
              <w:rPr>
                <w:rFonts w:ascii="Times New Roman" w:hAnsi="Times New Roman" w:cs="Times New Roman"/>
                <w:b/>
                <w:iCs/>
              </w:rPr>
            </w:pPr>
            <w:bookmarkStart w:id="0" w:name="_Hlk149229144"/>
          </w:p>
          <w:p w14:paraId="6E41C780" w14:textId="77777777" w:rsidR="001641AF" w:rsidRPr="006C6F47" w:rsidRDefault="001641AF" w:rsidP="006C6F47">
            <w:pPr>
              <w:widowControl w:val="0"/>
              <w:spacing w:after="0" w:line="240" w:lineRule="auto"/>
              <w:jc w:val="center"/>
              <w:rPr>
                <w:rFonts w:ascii="Times New Roman" w:hAnsi="Times New Roman" w:cs="Times New Roman"/>
                <w:b/>
                <w:iCs/>
              </w:rPr>
            </w:pPr>
            <w:r w:rsidRPr="006C6F47">
              <w:rPr>
                <w:rFonts w:ascii="Times New Roman" w:hAnsi="Times New Roman" w:cs="Times New Roman"/>
                <w:b/>
                <w:iCs/>
              </w:rPr>
              <w:t>STT</w:t>
            </w:r>
          </w:p>
        </w:tc>
        <w:tc>
          <w:tcPr>
            <w:tcW w:w="1843" w:type="dxa"/>
            <w:vAlign w:val="center"/>
          </w:tcPr>
          <w:p w14:paraId="6C8F65FE" w14:textId="77777777" w:rsidR="001641AF" w:rsidRPr="006C6F47" w:rsidRDefault="001641AF" w:rsidP="006C6F47">
            <w:pPr>
              <w:widowControl w:val="0"/>
              <w:spacing w:after="0" w:line="240" w:lineRule="auto"/>
              <w:jc w:val="center"/>
              <w:rPr>
                <w:rFonts w:ascii="Times New Roman" w:hAnsi="Times New Roman" w:cs="Times New Roman"/>
                <w:b/>
                <w:iCs/>
              </w:rPr>
            </w:pPr>
            <w:r w:rsidRPr="006C6F47">
              <w:rPr>
                <w:rFonts w:ascii="Times New Roman" w:hAnsi="Times New Roman" w:cs="Times New Roman"/>
                <w:b/>
                <w:iCs/>
              </w:rPr>
              <w:t>Danh mục hàng hóa</w:t>
            </w:r>
          </w:p>
        </w:tc>
        <w:tc>
          <w:tcPr>
            <w:tcW w:w="5759" w:type="dxa"/>
            <w:vAlign w:val="center"/>
          </w:tcPr>
          <w:p w14:paraId="38F69459" w14:textId="7CF9EECB" w:rsidR="001641AF" w:rsidRPr="006C6F47" w:rsidRDefault="001641AF" w:rsidP="006C6F47">
            <w:pPr>
              <w:widowControl w:val="0"/>
              <w:spacing w:after="0" w:line="240" w:lineRule="auto"/>
              <w:jc w:val="center"/>
              <w:rPr>
                <w:rFonts w:ascii="Times New Roman" w:hAnsi="Times New Roman" w:cs="Times New Roman"/>
                <w:b/>
                <w:iCs/>
              </w:rPr>
            </w:pPr>
            <w:r w:rsidRPr="006C6F47">
              <w:rPr>
                <w:rFonts w:ascii="Times New Roman" w:hAnsi="Times New Roman" w:cs="Times New Roman"/>
                <w:b/>
                <w:iCs/>
              </w:rPr>
              <w:t>Quy cách, màu sắc, chất lượng</w:t>
            </w:r>
          </w:p>
        </w:tc>
        <w:tc>
          <w:tcPr>
            <w:tcW w:w="765" w:type="dxa"/>
            <w:vAlign w:val="center"/>
          </w:tcPr>
          <w:p w14:paraId="064A3609" w14:textId="77777777" w:rsidR="001641AF" w:rsidRPr="006C6F47" w:rsidRDefault="001641AF" w:rsidP="006C6F47">
            <w:pPr>
              <w:widowControl w:val="0"/>
              <w:spacing w:after="0" w:line="240" w:lineRule="auto"/>
              <w:jc w:val="center"/>
              <w:rPr>
                <w:rFonts w:ascii="Times New Roman" w:hAnsi="Times New Roman" w:cs="Times New Roman"/>
                <w:b/>
                <w:iCs/>
              </w:rPr>
            </w:pPr>
            <w:r w:rsidRPr="006C6F47">
              <w:rPr>
                <w:rFonts w:ascii="Times New Roman" w:hAnsi="Times New Roman" w:cs="Times New Roman"/>
                <w:b/>
                <w:iCs/>
              </w:rPr>
              <w:t>Đơn vị tính</w:t>
            </w:r>
          </w:p>
        </w:tc>
        <w:tc>
          <w:tcPr>
            <w:tcW w:w="1272" w:type="dxa"/>
            <w:vAlign w:val="center"/>
          </w:tcPr>
          <w:p w14:paraId="6807B6A8" w14:textId="1A3A441E" w:rsidR="001641AF" w:rsidRPr="006C6F47" w:rsidRDefault="001641AF" w:rsidP="006C6F47">
            <w:pPr>
              <w:widowControl w:val="0"/>
              <w:spacing w:after="0" w:line="240" w:lineRule="auto"/>
              <w:jc w:val="center"/>
              <w:rPr>
                <w:rFonts w:ascii="Times New Roman" w:hAnsi="Times New Roman" w:cs="Times New Roman"/>
                <w:b/>
                <w:iCs/>
              </w:rPr>
            </w:pPr>
            <w:r w:rsidRPr="006C6F47">
              <w:rPr>
                <w:rFonts w:ascii="Times New Roman" w:hAnsi="Times New Roman" w:cs="Times New Roman"/>
                <w:b/>
                <w:iCs/>
              </w:rPr>
              <w:t>Số lượng</w:t>
            </w:r>
          </w:p>
        </w:tc>
      </w:tr>
      <w:tr w:rsidR="006C6F47" w:rsidRPr="006C6F47" w14:paraId="39847DDD" w14:textId="77777777" w:rsidTr="00213121">
        <w:trPr>
          <w:trHeight w:val="387"/>
        </w:trPr>
        <w:tc>
          <w:tcPr>
            <w:tcW w:w="10348" w:type="dxa"/>
            <w:gridSpan w:val="5"/>
            <w:vAlign w:val="center"/>
          </w:tcPr>
          <w:p w14:paraId="38088288" w14:textId="3840D9CC" w:rsidR="004111B5" w:rsidRPr="006C6F47" w:rsidRDefault="004111B5" w:rsidP="00213121">
            <w:pPr>
              <w:spacing w:after="0" w:line="240" w:lineRule="auto"/>
              <w:jc w:val="center"/>
              <w:rPr>
                <w:rFonts w:ascii="Times New Roman" w:hAnsi="Times New Roman" w:cs="Times New Roman"/>
              </w:rPr>
            </w:pPr>
            <w:r w:rsidRPr="006C6F47">
              <w:rPr>
                <w:rFonts w:ascii="Times New Roman" w:hAnsi="Times New Roman" w:cs="Times New Roman"/>
                <w:b/>
                <w:i/>
              </w:rPr>
              <w:t>Phần I: Trang phục hành chính</w:t>
            </w:r>
          </w:p>
        </w:tc>
      </w:tr>
      <w:tr w:rsidR="006C6F47" w:rsidRPr="006C6F47" w14:paraId="058D6AC7" w14:textId="77777777" w:rsidTr="006C6F47">
        <w:trPr>
          <w:trHeight w:val="2432"/>
        </w:trPr>
        <w:tc>
          <w:tcPr>
            <w:tcW w:w="709" w:type="dxa"/>
            <w:vAlign w:val="center"/>
          </w:tcPr>
          <w:p w14:paraId="4A256474" w14:textId="77777777" w:rsidR="001641AF" w:rsidRPr="006C6F47" w:rsidRDefault="001641AF" w:rsidP="006C6F47">
            <w:pPr>
              <w:pStyle w:val="ListParagraph"/>
              <w:widowControl w:val="0"/>
              <w:spacing w:after="0" w:line="240" w:lineRule="auto"/>
              <w:ind w:left="0"/>
              <w:jc w:val="center"/>
              <w:rPr>
                <w:rFonts w:ascii="Times New Roman" w:hAnsi="Times New Roman" w:cs="Times New Roman"/>
                <w:iCs/>
              </w:rPr>
            </w:pPr>
            <w:r w:rsidRPr="006C6F47">
              <w:rPr>
                <w:rFonts w:ascii="Times New Roman" w:hAnsi="Times New Roman" w:cs="Times New Roman"/>
                <w:iCs/>
              </w:rPr>
              <w:t>1</w:t>
            </w:r>
          </w:p>
        </w:tc>
        <w:tc>
          <w:tcPr>
            <w:tcW w:w="1843" w:type="dxa"/>
            <w:vAlign w:val="center"/>
          </w:tcPr>
          <w:p w14:paraId="178B9993" w14:textId="77777777" w:rsidR="001641AF" w:rsidRPr="006C6F47" w:rsidRDefault="001641AF" w:rsidP="006C6F47">
            <w:pPr>
              <w:spacing w:after="0" w:line="240" w:lineRule="auto"/>
              <w:jc w:val="center"/>
              <w:rPr>
                <w:rFonts w:ascii="Times New Roman" w:hAnsi="Times New Roman" w:cs="Times New Roman"/>
              </w:rPr>
            </w:pPr>
            <w:r w:rsidRPr="006C6F47">
              <w:rPr>
                <w:rFonts w:ascii="Times New Roman" w:hAnsi="Times New Roman" w:cs="Times New Roman"/>
              </w:rPr>
              <w:t>Trang phục Hành chính (Nam)</w:t>
            </w:r>
          </w:p>
        </w:tc>
        <w:tc>
          <w:tcPr>
            <w:tcW w:w="5759" w:type="dxa"/>
            <w:vAlign w:val="center"/>
          </w:tcPr>
          <w:p w14:paraId="1B4ADB0F" w14:textId="77777777" w:rsidR="001641AF" w:rsidRPr="006C6F47" w:rsidRDefault="001641AF" w:rsidP="006C6F47">
            <w:pPr>
              <w:shd w:val="clear" w:color="auto" w:fill="FFFFFF"/>
              <w:spacing w:after="0" w:line="240" w:lineRule="auto"/>
              <w:rPr>
                <w:rFonts w:ascii="Times New Roman" w:hAnsi="Times New Roman" w:cs="Times New Roman"/>
              </w:rPr>
            </w:pPr>
            <w:r w:rsidRPr="006C6F47">
              <w:rPr>
                <w:rFonts w:ascii="Times New Roman" w:hAnsi="Times New Roman" w:cs="Times New Roman"/>
              </w:rPr>
              <w:t xml:space="preserve">* </w:t>
            </w:r>
            <w:r w:rsidRPr="006C6F47">
              <w:rPr>
                <w:rFonts w:ascii="Times New Roman" w:hAnsi="Times New Roman" w:cs="Times New Roman"/>
                <w:b/>
              </w:rPr>
              <w:t>Áo:</w:t>
            </w:r>
            <w:r w:rsidRPr="006C6F47">
              <w:rPr>
                <w:rFonts w:ascii="Times New Roman" w:hAnsi="Times New Roman" w:cs="Times New Roman"/>
              </w:rPr>
              <w:t xml:space="preserve"> </w:t>
            </w:r>
          </w:p>
          <w:p w14:paraId="37C3657E" w14:textId="44999418" w:rsidR="004A1F08" w:rsidRPr="006C6F47" w:rsidRDefault="001641AF" w:rsidP="006C6F47">
            <w:pPr>
              <w:shd w:val="clear" w:color="auto" w:fill="FFFFFF"/>
              <w:spacing w:after="0" w:line="240" w:lineRule="auto"/>
              <w:rPr>
                <w:rFonts w:ascii="Times New Roman" w:hAnsi="Times New Roman" w:cs="Times New Roman"/>
              </w:rPr>
            </w:pPr>
            <w:r w:rsidRPr="006C6F47">
              <w:rPr>
                <w:rFonts w:ascii="Times New Roman" w:hAnsi="Times New Roman" w:cs="Times New Roman"/>
              </w:rPr>
              <w:t xml:space="preserve">- Màu sắc, chất liệu: </w:t>
            </w:r>
            <w:r w:rsidR="00636DA2" w:rsidRPr="006C6F47">
              <w:rPr>
                <w:rFonts w:ascii="Times New Roman" w:hAnsi="Times New Roman" w:cs="Times New Roman"/>
              </w:rPr>
              <w:t xml:space="preserve">Kate bamboo, </w:t>
            </w:r>
            <w:r w:rsidRPr="006C6F47">
              <w:rPr>
                <w:rFonts w:ascii="Times New Roman" w:hAnsi="Times New Roman" w:cs="Times New Roman"/>
              </w:rPr>
              <w:t>Màu trắng</w:t>
            </w:r>
            <w:r w:rsidR="00636DA2" w:rsidRPr="006C6F47">
              <w:rPr>
                <w:rFonts w:ascii="Times New Roman" w:hAnsi="Times New Roman" w:cs="Times New Roman"/>
              </w:rPr>
              <w:t>.</w:t>
            </w:r>
          </w:p>
          <w:p w14:paraId="3E722D99" w14:textId="7A9B96C2" w:rsidR="001641AF" w:rsidRPr="006C6F47" w:rsidRDefault="001641AF" w:rsidP="006C6F47">
            <w:pPr>
              <w:shd w:val="clear" w:color="auto" w:fill="FFFFFF"/>
              <w:spacing w:after="0" w:line="240" w:lineRule="auto"/>
              <w:rPr>
                <w:rFonts w:ascii="Times New Roman" w:hAnsi="Times New Roman" w:cs="Times New Roman"/>
              </w:rPr>
            </w:pPr>
            <w:r w:rsidRPr="006C6F47">
              <w:rPr>
                <w:rFonts w:ascii="Times New Roman" w:hAnsi="Times New Roman" w:cs="Times New Roman"/>
              </w:rPr>
              <w:t xml:space="preserve"> -Kiểu dáng: Áo sơ mi, cài cúc giữa, dài tay hoặc ngắn tay.</w:t>
            </w:r>
          </w:p>
          <w:p w14:paraId="3D4C1495" w14:textId="76D68FE2" w:rsidR="001641AF" w:rsidRPr="006C6F47" w:rsidRDefault="001641AF" w:rsidP="006C6F47">
            <w:pPr>
              <w:shd w:val="clear" w:color="auto" w:fill="FFFFFF"/>
              <w:spacing w:after="0" w:line="240" w:lineRule="auto"/>
              <w:rPr>
                <w:rFonts w:ascii="Times New Roman" w:hAnsi="Times New Roman" w:cs="Times New Roman"/>
                <w:b/>
              </w:rPr>
            </w:pPr>
            <w:r w:rsidRPr="006C6F47">
              <w:rPr>
                <w:rFonts w:ascii="Times New Roman" w:hAnsi="Times New Roman" w:cs="Times New Roman"/>
                <w:b/>
              </w:rPr>
              <w:t xml:space="preserve">* Tiêu chuẩn </w:t>
            </w:r>
            <w:r w:rsidR="000E5B01" w:rsidRPr="006C6F47">
              <w:rPr>
                <w:rFonts w:ascii="Times New Roman" w:hAnsi="Times New Roman" w:cs="Times New Roman"/>
                <w:b/>
              </w:rPr>
              <w:t>chất lượng</w:t>
            </w:r>
            <w:r w:rsidRPr="006C6F47">
              <w:rPr>
                <w:rFonts w:ascii="Times New Roman" w:hAnsi="Times New Roman" w:cs="Times New Roman"/>
                <w:b/>
              </w:rPr>
              <w:t xml:space="preserve"> vải: </w:t>
            </w:r>
          </w:p>
          <w:p w14:paraId="4C2659BD" w14:textId="473A115F" w:rsidR="00D97022" w:rsidRPr="006C6F47" w:rsidRDefault="00D97022" w:rsidP="006C6F47">
            <w:pPr>
              <w:shd w:val="clear" w:color="auto" w:fill="FFFFFF"/>
              <w:spacing w:after="0" w:line="240" w:lineRule="auto"/>
              <w:rPr>
                <w:rFonts w:ascii="Times New Roman" w:hAnsi="Times New Roman" w:cs="Times New Roman"/>
                <w:b/>
              </w:rPr>
            </w:pPr>
            <w:r w:rsidRPr="006C6F47">
              <w:rPr>
                <w:rFonts w:ascii="Times New Roman" w:hAnsi="Times New Roman" w:cs="Times New Roman"/>
                <w:b/>
              </w:rPr>
              <w:t xml:space="preserve">- </w:t>
            </w:r>
            <w:r w:rsidRPr="006C6F47">
              <w:rPr>
                <w:rFonts w:ascii="Times New Roman" w:hAnsi="Times New Roman" w:cs="Times New Roman"/>
                <w:bCs/>
              </w:rPr>
              <w:t>Thành phần</w:t>
            </w:r>
            <w:r w:rsidR="005F6F0E" w:rsidRPr="006C6F47">
              <w:rPr>
                <w:rFonts w:ascii="Times New Roman" w:hAnsi="Times New Roman" w:cs="Times New Roman"/>
                <w:bCs/>
              </w:rPr>
              <w:t>:</w:t>
            </w:r>
            <w:r w:rsidRPr="006C6F47">
              <w:rPr>
                <w:rFonts w:ascii="Times New Roman" w:hAnsi="Times New Roman" w:cs="Times New Roman"/>
                <w:bCs/>
              </w:rPr>
              <w:t xml:space="preserve"> </w:t>
            </w:r>
            <w:r w:rsidR="005F6F0E" w:rsidRPr="006C6F47">
              <w:rPr>
                <w:rFonts w:ascii="Times New Roman" w:hAnsi="Times New Roman" w:cs="Times New Roman"/>
                <w:bCs/>
              </w:rPr>
              <w:t>P</w:t>
            </w:r>
            <w:r w:rsidRPr="006C6F47">
              <w:rPr>
                <w:rFonts w:ascii="Times New Roman" w:hAnsi="Times New Roman" w:cs="Times New Roman"/>
                <w:bCs/>
              </w:rPr>
              <w:t>olyester</w:t>
            </w:r>
            <w:r w:rsidR="00410B5F" w:rsidRPr="006C6F47">
              <w:rPr>
                <w:rFonts w:ascii="Times New Roman" w:hAnsi="Times New Roman" w:cs="Times New Roman"/>
                <w:bCs/>
              </w:rPr>
              <w:t xml:space="preserve"> </w:t>
            </w:r>
            <w:r w:rsidR="00EB01B1" w:rsidRPr="006C6F47">
              <w:rPr>
                <w:rFonts w:ascii="Times New Roman" w:hAnsi="Times New Roman" w:cs="Times New Roman"/>
                <w:bCs/>
              </w:rPr>
              <w:t xml:space="preserve">79 </w:t>
            </w:r>
            <w:r w:rsidR="00EB01B1" w:rsidRPr="006C6F47">
              <w:rPr>
                <w:rFonts w:ascii="Times New Roman" w:hAnsi="Times New Roman" w:cs="Times New Roman"/>
              </w:rPr>
              <w:t>(±5</w:t>
            </w:r>
            <w:r w:rsidR="00831420" w:rsidRPr="006C6F47">
              <w:rPr>
                <w:rFonts w:ascii="Times New Roman" w:hAnsi="Times New Roman" w:cs="Times New Roman"/>
              </w:rPr>
              <w:t>)</w:t>
            </w:r>
            <w:r w:rsidR="00EB01B1" w:rsidRPr="006C6F47">
              <w:rPr>
                <w:rFonts w:ascii="Times New Roman" w:hAnsi="Times New Roman" w:cs="Times New Roman"/>
                <w:bCs/>
              </w:rPr>
              <w:t>%; Rayon 20</w:t>
            </w:r>
            <w:r w:rsidR="00EB01B1" w:rsidRPr="006C6F47">
              <w:rPr>
                <w:rFonts w:ascii="Times New Roman" w:hAnsi="Times New Roman" w:cs="Times New Roman"/>
              </w:rPr>
              <w:t>(±5</w:t>
            </w:r>
            <w:r w:rsidR="00831420" w:rsidRPr="006C6F47">
              <w:rPr>
                <w:rFonts w:ascii="Times New Roman" w:hAnsi="Times New Roman" w:cs="Times New Roman"/>
              </w:rPr>
              <w:t>)</w:t>
            </w:r>
            <w:r w:rsidR="00831420" w:rsidRPr="006C6F47">
              <w:rPr>
                <w:rFonts w:ascii="Times New Roman" w:hAnsi="Times New Roman" w:cs="Times New Roman"/>
                <w:bCs/>
              </w:rPr>
              <w:t xml:space="preserve">%;  </w:t>
            </w:r>
          </w:p>
          <w:p w14:paraId="2ABE7557" w14:textId="33E21620" w:rsidR="001641AF" w:rsidRPr="006C6F47" w:rsidRDefault="001641AF" w:rsidP="006C6F47">
            <w:pPr>
              <w:shd w:val="clear" w:color="auto" w:fill="FFFFFF"/>
              <w:spacing w:after="0" w:line="240" w:lineRule="auto"/>
              <w:rPr>
                <w:rFonts w:ascii="Times New Roman" w:hAnsi="Times New Roman" w:cs="Times New Roman"/>
                <w:vertAlign w:val="superscript"/>
              </w:rPr>
            </w:pPr>
            <w:r w:rsidRPr="006C6F47">
              <w:rPr>
                <w:rFonts w:ascii="Times New Roman" w:hAnsi="Times New Roman" w:cs="Times New Roman"/>
              </w:rPr>
              <w:t xml:space="preserve">- Khối lượng vải: </w:t>
            </w:r>
            <w:r w:rsidR="000E5B01" w:rsidRPr="006C6F47">
              <w:rPr>
                <w:rFonts w:ascii="Times New Roman" w:hAnsi="Times New Roman" w:cs="Times New Roman"/>
              </w:rPr>
              <w:t xml:space="preserve">từ </w:t>
            </w:r>
            <w:r w:rsidR="00EB01B1" w:rsidRPr="006C6F47">
              <w:rPr>
                <w:rFonts w:ascii="Times New Roman" w:hAnsi="Times New Roman" w:cs="Times New Roman"/>
              </w:rPr>
              <w:t>110</w:t>
            </w:r>
            <w:r w:rsidRPr="006C6F47">
              <w:rPr>
                <w:rFonts w:ascii="Times New Roman" w:hAnsi="Times New Roman" w:cs="Times New Roman"/>
              </w:rPr>
              <w:t xml:space="preserve"> đến 1</w:t>
            </w:r>
            <w:r w:rsidR="00EB01B1" w:rsidRPr="006C6F47">
              <w:rPr>
                <w:rFonts w:ascii="Times New Roman" w:hAnsi="Times New Roman" w:cs="Times New Roman"/>
              </w:rPr>
              <w:t>20</w:t>
            </w:r>
            <w:r w:rsidR="00D97022" w:rsidRPr="006C6F47">
              <w:rPr>
                <w:rFonts w:ascii="Times New Roman" w:hAnsi="Times New Roman" w:cs="Times New Roman"/>
              </w:rPr>
              <w:t xml:space="preserve"> g/m</w:t>
            </w:r>
            <w:r w:rsidR="00D97022" w:rsidRPr="006C6F47">
              <w:rPr>
                <w:rFonts w:ascii="Times New Roman" w:hAnsi="Times New Roman" w:cs="Times New Roman"/>
                <w:vertAlign w:val="superscript"/>
              </w:rPr>
              <w:t>2</w:t>
            </w:r>
          </w:p>
          <w:p w14:paraId="41E8BDAC" w14:textId="4376C495" w:rsidR="001641AF" w:rsidRPr="006C6F47" w:rsidRDefault="001641AF" w:rsidP="006C6F47">
            <w:pPr>
              <w:shd w:val="clear" w:color="auto" w:fill="FFFFFF"/>
              <w:spacing w:after="0" w:line="240" w:lineRule="auto"/>
              <w:rPr>
                <w:rFonts w:ascii="Times New Roman" w:hAnsi="Times New Roman" w:cs="Times New Roman"/>
              </w:rPr>
            </w:pPr>
            <w:r w:rsidRPr="006C6F47">
              <w:rPr>
                <w:rFonts w:ascii="Times New Roman" w:hAnsi="Times New Roman" w:cs="Times New Roman"/>
              </w:rPr>
              <w:t xml:space="preserve">- Mật độ </w:t>
            </w:r>
            <w:r w:rsidR="00D97022" w:rsidRPr="006C6F47">
              <w:rPr>
                <w:rFonts w:ascii="Times New Roman" w:hAnsi="Times New Roman" w:cs="Times New Roman"/>
              </w:rPr>
              <w:t xml:space="preserve">sợi </w:t>
            </w:r>
            <w:r w:rsidRPr="006C6F47">
              <w:rPr>
                <w:rFonts w:ascii="Times New Roman" w:hAnsi="Times New Roman" w:cs="Times New Roman"/>
              </w:rPr>
              <w:t>dọc x ngang</w:t>
            </w:r>
            <w:r w:rsidR="00D97022" w:rsidRPr="006C6F47">
              <w:rPr>
                <w:rFonts w:ascii="Times New Roman" w:hAnsi="Times New Roman" w:cs="Times New Roman"/>
              </w:rPr>
              <w:t xml:space="preserve">: chiều dọc </w:t>
            </w:r>
            <w:r w:rsidR="00831420" w:rsidRPr="006C6F47">
              <w:rPr>
                <w:rFonts w:ascii="Times New Roman" w:hAnsi="Times New Roman" w:cs="Times New Roman"/>
              </w:rPr>
              <w:t>370</w:t>
            </w:r>
            <w:r w:rsidRPr="006C6F47">
              <w:rPr>
                <w:rFonts w:ascii="Times New Roman" w:hAnsi="Times New Roman" w:cs="Times New Roman"/>
              </w:rPr>
              <w:t xml:space="preserve"> đến </w:t>
            </w:r>
            <w:r w:rsidR="00EB01B1" w:rsidRPr="006C6F47">
              <w:rPr>
                <w:rFonts w:ascii="Times New Roman" w:hAnsi="Times New Roman" w:cs="Times New Roman"/>
              </w:rPr>
              <w:t>380</w:t>
            </w:r>
            <w:r w:rsidR="00D97022" w:rsidRPr="006C6F47">
              <w:rPr>
                <w:rFonts w:ascii="Times New Roman" w:hAnsi="Times New Roman" w:cs="Times New Roman"/>
              </w:rPr>
              <w:t xml:space="preserve"> x</w:t>
            </w:r>
            <w:r w:rsidRPr="006C6F47">
              <w:rPr>
                <w:rFonts w:ascii="Times New Roman" w:hAnsi="Times New Roman" w:cs="Times New Roman"/>
              </w:rPr>
              <w:t xml:space="preserve"> Chiều ngang: </w:t>
            </w:r>
            <w:r w:rsidR="00EB01B1" w:rsidRPr="006C6F47">
              <w:rPr>
                <w:rFonts w:ascii="Times New Roman" w:hAnsi="Times New Roman" w:cs="Times New Roman"/>
              </w:rPr>
              <w:t>300</w:t>
            </w:r>
            <w:r w:rsidR="00831420" w:rsidRPr="006C6F47">
              <w:rPr>
                <w:rFonts w:ascii="Times New Roman" w:hAnsi="Times New Roman" w:cs="Times New Roman"/>
              </w:rPr>
              <w:t xml:space="preserve"> </w:t>
            </w:r>
            <w:r w:rsidRPr="006C6F47">
              <w:rPr>
                <w:rFonts w:ascii="Times New Roman" w:hAnsi="Times New Roman" w:cs="Times New Roman"/>
              </w:rPr>
              <w:t xml:space="preserve">đến </w:t>
            </w:r>
            <w:r w:rsidR="00EB01B1" w:rsidRPr="006C6F47">
              <w:rPr>
                <w:rFonts w:ascii="Times New Roman" w:hAnsi="Times New Roman" w:cs="Times New Roman"/>
              </w:rPr>
              <w:t>310</w:t>
            </w:r>
            <w:r w:rsidR="00D97022" w:rsidRPr="006C6F47">
              <w:rPr>
                <w:rFonts w:ascii="Times New Roman" w:hAnsi="Times New Roman" w:cs="Times New Roman"/>
              </w:rPr>
              <w:t xml:space="preserve"> sợi/10 cm</w:t>
            </w:r>
            <w:r w:rsidRPr="006C6F47">
              <w:rPr>
                <w:rFonts w:ascii="Times New Roman" w:hAnsi="Times New Roman" w:cs="Times New Roman"/>
              </w:rPr>
              <w:t xml:space="preserve">. </w:t>
            </w:r>
          </w:p>
          <w:p w14:paraId="032C1551" w14:textId="106519A8" w:rsidR="00831420" w:rsidRPr="006C6F47" w:rsidRDefault="00831420" w:rsidP="006C6F47">
            <w:pPr>
              <w:shd w:val="clear" w:color="auto" w:fill="FFFFFF"/>
              <w:spacing w:after="0" w:line="240" w:lineRule="auto"/>
              <w:rPr>
                <w:rFonts w:ascii="Times New Roman" w:hAnsi="Times New Roman" w:cs="Times New Roman"/>
              </w:rPr>
            </w:pPr>
            <w:r w:rsidRPr="006C6F47">
              <w:rPr>
                <w:rFonts w:ascii="Times New Roman" w:hAnsi="Times New Roman" w:cs="Times New Roman"/>
              </w:rPr>
              <w:t>- Độ bền màu giặt ở 40</w:t>
            </w:r>
            <w:r w:rsidRPr="006C6F47">
              <w:rPr>
                <w:rFonts w:ascii="Times New Roman" w:hAnsi="Times New Roman" w:cs="Times New Roman"/>
                <w:vertAlign w:val="superscript"/>
              </w:rPr>
              <w:t>0</w:t>
            </w:r>
            <w:r w:rsidRPr="006C6F47">
              <w:rPr>
                <w:rFonts w:ascii="Times New Roman" w:hAnsi="Times New Roman" w:cs="Times New Roman"/>
              </w:rPr>
              <w:t>C: Phai màu cấ</w:t>
            </w:r>
            <w:r w:rsidR="00EB01B1" w:rsidRPr="006C6F47">
              <w:rPr>
                <w:rFonts w:ascii="Times New Roman" w:hAnsi="Times New Roman" w:cs="Times New Roman"/>
              </w:rPr>
              <w:t>p 4 trở lên.</w:t>
            </w:r>
          </w:p>
          <w:p w14:paraId="0D83706B" w14:textId="77777777" w:rsidR="001641AF" w:rsidRPr="006C6F47" w:rsidRDefault="001641AF" w:rsidP="006C6F47">
            <w:pPr>
              <w:spacing w:after="0" w:line="240" w:lineRule="auto"/>
              <w:rPr>
                <w:rFonts w:ascii="Times New Roman" w:hAnsi="Times New Roman" w:cs="Times New Roman"/>
              </w:rPr>
            </w:pPr>
            <w:r w:rsidRPr="006C6F47">
              <w:rPr>
                <w:rFonts w:ascii="Times New Roman" w:hAnsi="Times New Roman" w:cs="Times New Roman"/>
              </w:rPr>
              <w:t xml:space="preserve">* </w:t>
            </w:r>
            <w:r w:rsidRPr="006C6F47">
              <w:rPr>
                <w:rFonts w:ascii="Times New Roman" w:hAnsi="Times New Roman" w:cs="Times New Roman"/>
                <w:b/>
              </w:rPr>
              <w:t>Quần:</w:t>
            </w:r>
          </w:p>
          <w:p w14:paraId="067C7471" w14:textId="640F72AE" w:rsidR="001641AF" w:rsidRPr="006C6F47" w:rsidRDefault="001641AF" w:rsidP="006C6F47">
            <w:pPr>
              <w:spacing w:after="0" w:line="240" w:lineRule="auto"/>
              <w:rPr>
                <w:rFonts w:ascii="Times New Roman" w:hAnsi="Times New Roman" w:cs="Times New Roman"/>
              </w:rPr>
            </w:pPr>
            <w:r w:rsidRPr="006C6F47">
              <w:rPr>
                <w:rFonts w:ascii="Times New Roman" w:hAnsi="Times New Roman" w:cs="Times New Roman"/>
              </w:rPr>
              <w:t xml:space="preserve"> - Màu sắc, chất liệu:</w:t>
            </w:r>
            <w:r w:rsidR="00636DA2" w:rsidRPr="006C6F47">
              <w:rPr>
                <w:rFonts w:ascii="Times New Roman" w:hAnsi="Times New Roman" w:cs="Times New Roman"/>
              </w:rPr>
              <w:t xml:space="preserve"> Kaki</w:t>
            </w:r>
            <w:r w:rsidRPr="006C6F47">
              <w:rPr>
                <w:rFonts w:ascii="Times New Roman" w:hAnsi="Times New Roman" w:cs="Times New Roman"/>
              </w:rPr>
              <w:t xml:space="preserve"> Màu đen</w:t>
            </w:r>
            <w:r w:rsidR="00CF3BA6" w:rsidRPr="006C6F47">
              <w:rPr>
                <w:rFonts w:ascii="Times New Roman" w:hAnsi="Times New Roman" w:cs="Times New Roman"/>
              </w:rPr>
              <w:t xml:space="preserve">, </w:t>
            </w:r>
          </w:p>
          <w:p w14:paraId="6F8BD609" w14:textId="77777777" w:rsidR="001641AF" w:rsidRPr="006C6F47" w:rsidRDefault="001641AF" w:rsidP="006C6F47">
            <w:pPr>
              <w:spacing w:after="0" w:line="240" w:lineRule="auto"/>
              <w:rPr>
                <w:rFonts w:ascii="Times New Roman" w:hAnsi="Times New Roman" w:cs="Times New Roman"/>
              </w:rPr>
            </w:pPr>
            <w:r w:rsidRPr="006C6F47">
              <w:rPr>
                <w:rFonts w:ascii="Times New Roman" w:hAnsi="Times New Roman" w:cs="Times New Roman"/>
              </w:rPr>
              <w:t>- Kiểu dáng: Quần âu hai ly, 2 túi chéo, có 1 túi sau.</w:t>
            </w:r>
          </w:p>
          <w:p w14:paraId="629EFFF1" w14:textId="55E04568" w:rsidR="001641AF" w:rsidRPr="006C6F47" w:rsidRDefault="001641AF" w:rsidP="006C6F47">
            <w:pPr>
              <w:spacing w:after="0" w:line="240" w:lineRule="auto"/>
              <w:rPr>
                <w:rFonts w:ascii="Times New Roman" w:hAnsi="Times New Roman" w:cs="Times New Roman"/>
                <w:b/>
              </w:rPr>
            </w:pPr>
            <w:r w:rsidRPr="006C6F47">
              <w:rPr>
                <w:rFonts w:ascii="Times New Roman" w:hAnsi="Times New Roman" w:cs="Times New Roman"/>
                <w:b/>
              </w:rPr>
              <w:t xml:space="preserve">*Tiêu chuẩn </w:t>
            </w:r>
            <w:r w:rsidR="004A1F08" w:rsidRPr="006C6F47">
              <w:rPr>
                <w:rFonts w:ascii="Times New Roman" w:hAnsi="Times New Roman" w:cs="Times New Roman"/>
                <w:b/>
              </w:rPr>
              <w:t>chất lượng</w:t>
            </w:r>
            <w:r w:rsidRPr="006C6F47">
              <w:rPr>
                <w:rFonts w:ascii="Times New Roman" w:hAnsi="Times New Roman" w:cs="Times New Roman"/>
                <w:b/>
              </w:rPr>
              <w:t xml:space="preserve"> vải: </w:t>
            </w:r>
          </w:p>
          <w:p w14:paraId="69F61043" w14:textId="27345867" w:rsidR="00CF3BA6" w:rsidRPr="006C6F47" w:rsidRDefault="00CF3BA6" w:rsidP="006C6F47">
            <w:pPr>
              <w:shd w:val="clear" w:color="auto" w:fill="FFFFFF"/>
              <w:spacing w:after="0" w:line="240" w:lineRule="auto"/>
              <w:rPr>
                <w:rFonts w:ascii="Times New Roman" w:hAnsi="Times New Roman" w:cs="Times New Roman"/>
                <w:b/>
              </w:rPr>
            </w:pPr>
            <w:r w:rsidRPr="006C6F47">
              <w:rPr>
                <w:rFonts w:ascii="Times New Roman" w:hAnsi="Times New Roman" w:cs="Times New Roman"/>
                <w:b/>
              </w:rPr>
              <w:t xml:space="preserve">- </w:t>
            </w:r>
            <w:r w:rsidRPr="006C6F47">
              <w:rPr>
                <w:rFonts w:ascii="Times New Roman" w:hAnsi="Times New Roman" w:cs="Times New Roman"/>
                <w:bCs/>
              </w:rPr>
              <w:t xml:space="preserve">Thành phần: </w:t>
            </w:r>
            <w:r w:rsidR="00EB01B1" w:rsidRPr="006C6F47">
              <w:rPr>
                <w:rFonts w:ascii="Times New Roman" w:hAnsi="Times New Roman" w:cs="Times New Roman"/>
                <w:bCs/>
              </w:rPr>
              <w:t>Polyester 66(</w:t>
            </w:r>
            <w:r w:rsidR="00EB01B1" w:rsidRPr="006C6F47">
              <w:rPr>
                <w:rFonts w:ascii="Times New Roman" w:hAnsi="Times New Roman" w:cs="Times New Roman"/>
              </w:rPr>
              <w:t>±5</w:t>
            </w:r>
            <w:r w:rsidR="00831420" w:rsidRPr="006C6F47">
              <w:rPr>
                <w:rFonts w:ascii="Times New Roman" w:hAnsi="Times New Roman" w:cs="Times New Roman"/>
              </w:rPr>
              <w:t>)</w:t>
            </w:r>
            <w:r w:rsidR="00EB01B1" w:rsidRPr="006C6F47">
              <w:rPr>
                <w:rFonts w:ascii="Times New Roman" w:hAnsi="Times New Roman" w:cs="Times New Roman"/>
                <w:bCs/>
              </w:rPr>
              <w:t xml:space="preserve"> %; Rayon 31</w:t>
            </w:r>
            <w:r w:rsidR="00EB01B1" w:rsidRPr="006C6F47">
              <w:rPr>
                <w:rFonts w:ascii="Times New Roman" w:hAnsi="Times New Roman" w:cs="Times New Roman"/>
              </w:rPr>
              <w:t>(±5</w:t>
            </w:r>
            <w:r w:rsidR="00831420" w:rsidRPr="006C6F47">
              <w:rPr>
                <w:rFonts w:ascii="Times New Roman" w:hAnsi="Times New Roman" w:cs="Times New Roman"/>
              </w:rPr>
              <w:t>)</w:t>
            </w:r>
            <w:r w:rsidR="00831420" w:rsidRPr="006C6F47">
              <w:rPr>
                <w:rFonts w:ascii="Times New Roman" w:hAnsi="Times New Roman" w:cs="Times New Roman"/>
                <w:bCs/>
              </w:rPr>
              <w:t xml:space="preserve">%; Spandex: 1,8 </w:t>
            </w:r>
            <w:r w:rsidR="00EB01B1" w:rsidRPr="006C6F47">
              <w:rPr>
                <w:rFonts w:ascii="Times New Roman" w:hAnsi="Times New Roman" w:cs="Times New Roman"/>
              </w:rPr>
              <w:t>(±5</w:t>
            </w:r>
            <w:r w:rsidR="00831420" w:rsidRPr="006C6F47">
              <w:rPr>
                <w:rFonts w:ascii="Times New Roman" w:hAnsi="Times New Roman" w:cs="Times New Roman"/>
              </w:rPr>
              <w:t>)%</w:t>
            </w:r>
          </w:p>
          <w:p w14:paraId="08CDB751" w14:textId="0D8D79CB" w:rsidR="001641AF" w:rsidRPr="006C6F47" w:rsidRDefault="001641AF" w:rsidP="006C6F47">
            <w:pPr>
              <w:spacing w:after="0" w:line="240" w:lineRule="auto"/>
              <w:rPr>
                <w:rFonts w:ascii="Times New Roman" w:hAnsi="Times New Roman" w:cs="Times New Roman"/>
                <w:vertAlign w:val="superscript"/>
              </w:rPr>
            </w:pPr>
            <w:r w:rsidRPr="006C6F47">
              <w:rPr>
                <w:rFonts w:ascii="Times New Roman" w:hAnsi="Times New Roman" w:cs="Times New Roman"/>
              </w:rPr>
              <w:t xml:space="preserve">- Khối lượng vải: </w:t>
            </w:r>
            <w:r w:rsidR="00CF3BA6" w:rsidRPr="006C6F47">
              <w:rPr>
                <w:rFonts w:ascii="Times New Roman" w:hAnsi="Times New Roman" w:cs="Times New Roman"/>
              </w:rPr>
              <w:t xml:space="preserve">từ </w:t>
            </w:r>
            <w:r w:rsidRPr="006C6F47">
              <w:rPr>
                <w:rFonts w:ascii="Times New Roman" w:hAnsi="Times New Roman" w:cs="Times New Roman"/>
              </w:rPr>
              <w:t>2</w:t>
            </w:r>
            <w:r w:rsidR="00EB01B1" w:rsidRPr="006C6F47">
              <w:rPr>
                <w:rFonts w:ascii="Times New Roman" w:hAnsi="Times New Roman" w:cs="Times New Roman"/>
              </w:rPr>
              <w:t>30</w:t>
            </w:r>
            <w:r w:rsidR="00831420" w:rsidRPr="006C6F47">
              <w:rPr>
                <w:rFonts w:ascii="Times New Roman" w:hAnsi="Times New Roman" w:cs="Times New Roman"/>
              </w:rPr>
              <w:t xml:space="preserve"> </w:t>
            </w:r>
            <w:r w:rsidRPr="006C6F47">
              <w:rPr>
                <w:rFonts w:ascii="Times New Roman" w:hAnsi="Times New Roman" w:cs="Times New Roman"/>
              </w:rPr>
              <w:t>đến 2</w:t>
            </w:r>
            <w:r w:rsidR="00EB01B1" w:rsidRPr="006C6F47">
              <w:rPr>
                <w:rFonts w:ascii="Times New Roman" w:hAnsi="Times New Roman" w:cs="Times New Roman"/>
              </w:rPr>
              <w:t>40</w:t>
            </w:r>
            <w:r w:rsidR="00D97022" w:rsidRPr="006C6F47">
              <w:rPr>
                <w:rFonts w:ascii="Times New Roman" w:hAnsi="Times New Roman" w:cs="Times New Roman"/>
              </w:rPr>
              <w:t xml:space="preserve"> g/m</w:t>
            </w:r>
            <w:r w:rsidR="00D97022" w:rsidRPr="006C6F47">
              <w:rPr>
                <w:rFonts w:ascii="Times New Roman" w:hAnsi="Times New Roman" w:cs="Times New Roman"/>
                <w:vertAlign w:val="superscript"/>
              </w:rPr>
              <w:t>2</w:t>
            </w:r>
          </w:p>
          <w:p w14:paraId="7506432F" w14:textId="0306CF9A" w:rsidR="001641AF" w:rsidRPr="006C6F47" w:rsidRDefault="001641AF" w:rsidP="006C6F47">
            <w:pPr>
              <w:spacing w:after="0" w:line="240" w:lineRule="auto"/>
              <w:rPr>
                <w:rFonts w:ascii="Times New Roman" w:hAnsi="Times New Roman" w:cs="Times New Roman"/>
              </w:rPr>
            </w:pPr>
            <w:r w:rsidRPr="006C6F47">
              <w:rPr>
                <w:rFonts w:ascii="Times New Roman" w:hAnsi="Times New Roman" w:cs="Times New Roman"/>
              </w:rPr>
              <w:t xml:space="preserve">- Mật độ </w:t>
            </w:r>
            <w:r w:rsidR="00CF3BA6" w:rsidRPr="006C6F47">
              <w:rPr>
                <w:rFonts w:ascii="Times New Roman" w:hAnsi="Times New Roman" w:cs="Times New Roman"/>
              </w:rPr>
              <w:t xml:space="preserve">sợi </w:t>
            </w:r>
            <w:r w:rsidRPr="006C6F47">
              <w:rPr>
                <w:rFonts w:ascii="Times New Roman" w:hAnsi="Times New Roman" w:cs="Times New Roman"/>
              </w:rPr>
              <w:t>dọc x ngang</w:t>
            </w:r>
            <w:r w:rsidR="00CF3BA6" w:rsidRPr="006C6F47">
              <w:rPr>
                <w:rFonts w:ascii="Times New Roman" w:hAnsi="Times New Roman" w:cs="Times New Roman"/>
              </w:rPr>
              <w:t xml:space="preserve">: </w:t>
            </w:r>
            <w:r w:rsidRPr="006C6F47">
              <w:rPr>
                <w:rFonts w:ascii="Times New Roman" w:hAnsi="Times New Roman" w:cs="Times New Roman"/>
              </w:rPr>
              <w:t xml:space="preserve">Chiều dọc: </w:t>
            </w:r>
            <w:r w:rsidR="00EB01B1" w:rsidRPr="006C6F47">
              <w:rPr>
                <w:rFonts w:ascii="Times New Roman" w:hAnsi="Times New Roman" w:cs="Times New Roman"/>
              </w:rPr>
              <w:t>440</w:t>
            </w:r>
            <w:r w:rsidRPr="006C6F47">
              <w:rPr>
                <w:rFonts w:ascii="Times New Roman" w:hAnsi="Times New Roman" w:cs="Times New Roman"/>
              </w:rPr>
              <w:t xml:space="preserve"> đến </w:t>
            </w:r>
            <w:r w:rsidR="00EB01B1" w:rsidRPr="006C6F47">
              <w:rPr>
                <w:rFonts w:ascii="Times New Roman" w:hAnsi="Times New Roman" w:cs="Times New Roman"/>
              </w:rPr>
              <w:t>420</w:t>
            </w:r>
            <w:r w:rsidRPr="006C6F47">
              <w:rPr>
                <w:rFonts w:ascii="Times New Roman" w:hAnsi="Times New Roman" w:cs="Times New Roman"/>
              </w:rPr>
              <w:t xml:space="preserve">; Chiều ngang: </w:t>
            </w:r>
            <w:r w:rsidR="00A7033F" w:rsidRPr="006C6F47">
              <w:rPr>
                <w:rFonts w:ascii="Times New Roman" w:hAnsi="Times New Roman" w:cs="Times New Roman"/>
              </w:rPr>
              <w:t>220</w:t>
            </w:r>
            <w:r w:rsidRPr="006C6F47">
              <w:rPr>
                <w:rFonts w:ascii="Times New Roman" w:hAnsi="Times New Roman" w:cs="Times New Roman"/>
              </w:rPr>
              <w:t xml:space="preserve"> đến </w:t>
            </w:r>
            <w:r w:rsidR="00EB01B1" w:rsidRPr="006C6F47">
              <w:rPr>
                <w:rFonts w:ascii="Times New Roman" w:hAnsi="Times New Roman" w:cs="Times New Roman"/>
              </w:rPr>
              <w:t>230</w:t>
            </w:r>
            <w:r w:rsidR="00CF3BA6" w:rsidRPr="006C6F47">
              <w:rPr>
                <w:rFonts w:ascii="Times New Roman" w:hAnsi="Times New Roman" w:cs="Times New Roman"/>
              </w:rPr>
              <w:t xml:space="preserve"> sợi/10 </w:t>
            </w:r>
            <w:proofErr w:type="gramStart"/>
            <w:r w:rsidR="00CF3BA6" w:rsidRPr="006C6F47">
              <w:rPr>
                <w:rFonts w:ascii="Times New Roman" w:hAnsi="Times New Roman" w:cs="Times New Roman"/>
              </w:rPr>
              <w:t xml:space="preserve">cm </w:t>
            </w:r>
            <w:r w:rsidRPr="006C6F47">
              <w:rPr>
                <w:rFonts w:ascii="Times New Roman" w:hAnsi="Times New Roman" w:cs="Times New Roman"/>
              </w:rPr>
              <w:t>.</w:t>
            </w:r>
            <w:proofErr w:type="gramEnd"/>
            <w:r w:rsidRPr="006C6F47">
              <w:rPr>
                <w:rFonts w:ascii="Times New Roman" w:hAnsi="Times New Roman" w:cs="Times New Roman"/>
              </w:rPr>
              <w:t xml:space="preserve"> </w:t>
            </w:r>
          </w:p>
          <w:p w14:paraId="05A3C409" w14:textId="3D794D3A" w:rsidR="001641AF" w:rsidRPr="006C6F47" w:rsidRDefault="001641AF" w:rsidP="006C6F47">
            <w:pPr>
              <w:shd w:val="clear" w:color="auto" w:fill="FFFFFF"/>
              <w:spacing w:after="0" w:line="240" w:lineRule="auto"/>
              <w:rPr>
                <w:rFonts w:ascii="Times New Roman" w:hAnsi="Times New Roman" w:cs="Times New Roman"/>
              </w:rPr>
            </w:pPr>
            <w:r w:rsidRPr="006C6F47">
              <w:rPr>
                <w:rFonts w:ascii="Times New Roman" w:hAnsi="Times New Roman" w:cs="Times New Roman"/>
              </w:rPr>
              <w:t xml:space="preserve">- </w:t>
            </w:r>
            <w:r w:rsidR="00A7033F" w:rsidRPr="006C6F47">
              <w:rPr>
                <w:rFonts w:ascii="Times New Roman" w:hAnsi="Times New Roman" w:cs="Times New Roman"/>
              </w:rPr>
              <w:t>Độ bền màu giặt ở 40</w:t>
            </w:r>
            <w:r w:rsidR="00A7033F" w:rsidRPr="006C6F47">
              <w:rPr>
                <w:rFonts w:ascii="Times New Roman" w:hAnsi="Times New Roman" w:cs="Times New Roman"/>
                <w:vertAlign w:val="superscript"/>
              </w:rPr>
              <w:t>0</w:t>
            </w:r>
            <w:r w:rsidR="00A7033F" w:rsidRPr="006C6F47">
              <w:rPr>
                <w:rFonts w:ascii="Times New Roman" w:hAnsi="Times New Roman" w:cs="Times New Roman"/>
              </w:rPr>
              <w:t>C: Phai màu cấ</w:t>
            </w:r>
            <w:r w:rsidR="00EB01B1" w:rsidRPr="006C6F47">
              <w:rPr>
                <w:rFonts w:ascii="Times New Roman" w:hAnsi="Times New Roman" w:cs="Times New Roman"/>
              </w:rPr>
              <w:t>p 4 trở lên.</w:t>
            </w:r>
          </w:p>
        </w:tc>
        <w:tc>
          <w:tcPr>
            <w:tcW w:w="765" w:type="dxa"/>
            <w:vAlign w:val="center"/>
          </w:tcPr>
          <w:p w14:paraId="2004DF46" w14:textId="77777777" w:rsidR="001641AF" w:rsidRPr="006C6F47" w:rsidRDefault="001641AF" w:rsidP="006C6F47">
            <w:pPr>
              <w:widowControl w:val="0"/>
              <w:spacing w:after="0" w:line="240" w:lineRule="auto"/>
              <w:jc w:val="center"/>
              <w:rPr>
                <w:rFonts w:ascii="Times New Roman" w:hAnsi="Times New Roman" w:cs="Times New Roman"/>
                <w:iCs/>
                <w:lang w:val="pt-BR"/>
              </w:rPr>
            </w:pPr>
            <w:r w:rsidRPr="006C6F47">
              <w:rPr>
                <w:rFonts w:ascii="Times New Roman" w:hAnsi="Times New Roman" w:cs="Times New Roman"/>
              </w:rPr>
              <w:t>Bộ</w:t>
            </w:r>
          </w:p>
        </w:tc>
        <w:tc>
          <w:tcPr>
            <w:tcW w:w="1272" w:type="dxa"/>
            <w:vAlign w:val="center"/>
          </w:tcPr>
          <w:p w14:paraId="75F650FA" w14:textId="30C91E09" w:rsidR="001641AF" w:rsidRPr="006C6F47" w:rsidRDefault="00D309FF" w:rsidP="006C6F47">
            <w:pPr>
              <w:spacing w:after="0" w:line="240" w:lineRule="auto"/>
              <w:jc w:val="center"/>
              <w:rPr>
                <w:rFonts w:ascii="Times New Roman" w:hAnsi="Times New Roman" w:cs="Times New Roman"/>
              </w:rPr>
            </w:pPr>
            <w:r w:rsidRPr="006C6F47">
              <w:rPr>
                <w:rFonts w:ascii="Times New Roman" w:hAnsi="Times New Roman" w:cs="Times New Roman"/>
              </w:rPr>
              <w:t>67</w:t>
            </w:r>
          </w:p>
        </w:tc>
      </w:tr>
      <w:tr w:rsidR="006C6F47" w:rsidRPr="006C6F47" w14:paraId="245C9E47" w14:textId="77777777" w:rsidTr="004111B5">
        <w:trPr>
          <w:trHeight w:val="279"/>
        </w:trPr>
        <w:tc>
          <w:tcPr>
            <w:tcW w:w="709" w:type="dxa"/>
            <w:vAlign w:val="center"/>
          </w:tcPr>
          <w:p w14:paraId="1D4613C2" w14:textId="77777777" w:rsidR="001641AF" w:rsidRPr="006C6F47" w:rsidRDefault="001641AF" w:rsidP="006C6F47">
            <w:pPr>
              <w:pStyle w:val="ListParagraph"/>
              <w:widowControl w:val="0"/>
              <w:spacing w:after="0" w:line="240" w:lineRule="auto"/>
              <w:ind w:left="0"/>
              <w:jc w:val="center"/>
              <w:rPr>
                <w:rFonts w:ascii="Times New Roman" w:hAnsi="Times New Roman" w:cs="Times New Roman"/>
                <w:iCs/>
              </w:rPr>
            </w:pPr>
            <w:r w:rsidRPr="006C6F47">
              <w:rPr>
                <w:rFonts w:ascii="Times New Roman" w:hAnsi="Times New Roman" w:cs="Times New Roman"/>
                <w:iCs/>
              </w:rPr>
              <w:t>2</w:t>
            </w:r>
          </w:p>
        </w:tc>
        <w:tc>
          <w:tcPr>
            <w:tcW w:w="1843" w:type="dxa"/>
            <w:vAlign w:val="center"/>
          </w:tcPr>
          <w:p w14:paraId="2470CD8C" w14:textId="77777777" w:rsidR="001641AF" w:rsidRPr="006C6F47" w:rsidRDefault="001641AF" w:rsidP="006C6F47">
            <w:pPr>
              <w:spacing w:after="0" w:line="240" w:lineRule="auto"/>
              <w:jc w:val="center"/>
              <w:rPr>
                <w:rFonts w:ascii="Times New Roman" w:hAnsi="Times New Roman" w:cs="Times New Roman"/>
              </w:rPr>
            </w:pPr>
            <w:r w:rsidRPr="006C6F47">
              <w:rPr>
                <w:rFonts w:ascii="Times New Roman" w:hAnsi="Times New Roman" w:cs="Times New Roman"/>
              </w:rPr>
              <w:t>Trang phục Hành chính (Nữ)</w:t>
            </w:r>
          </w:p>
        </w:tc>
        <w:tc>
          <w:tcPr>
            <w:tcW w:w="5759" w:type="dxa"/>
            <w:vAlign w:val="center"/>
          </w:tcPr>
          <w:p w14:paraId="6D22EB69" w14:textId="77777777" w:rsidR="001641AF" w:rsidRPr="006C6F47" w:rsidRDefault="001641AF" w:rsidP="006C6F47">
            <w:pPr>
              <w:shd w:val="clear" w:color="auto" w:fill="FFFFFF"/>
              <w:spacing w:after="0" w:line="240" w:lineRule="auto"/>
              <w:jc w:val="both"/>
              <w:rPr>
                <w:rFonts w:ascii="Times New Roman" w:hAnsi="Times New Roman" w:cs="Times New Roman"/>
                <w:b/>
              </w:rPr>
            </w:pPr>
            <w:r w:rsidRPr="006C6F47">
              <w:rPr>
                <w:rFonts w:ascii="Times New Roman" w:hAnsi="Times New Roman" w:cs="Times New Roman"/>
              </w:rPr>
              <w:t xml:space="preserve">* </w:t>
            </w:r>
            <w:r w:rsidRPr="006C6F47">
              <w:rPr>
                <w:rFonts w:ascii="Times New Roman" w:hAnsi="Times New Roman" w:cs="Times New Roman"/>
                <w:b/>
              </w:rPr>
              <w:t>Áo:</w:t>
            </w:r>
          </w:p>
          <w:p w14:paraId="6FAE1068" w14:textId="63C24EE7" w:rsidR="001641AF" w:rsidRPr="006C6F47" w:rsidRDefault="001641AF" w:rsidP="006C6F47">
            <w:pPr>
              <w:shd w:val="clear" w:color="auto" w:fill="FFFFFF"/>
              <w:spacing w:after="0" w:line="240" w:lineRule="auto"/>
              <w:jc w:val="both"/>
              <w:rPr>
                <w:rFonts w:ascii="Times New Roman" w:hAnsi="Times New Roman" w:cs="Times New Roman"/>
              </w:rPr>
            </w:pPr>
            <w:r w:rsidRPr="006C6F47">
              <w:rPr>
                <w:rFonts w:ascii="Times New Roman" w:hAnsi="Times New Roman" w:cs="Times New Roman"/>
              </w:rPr>
              <w:t>- Màu sắc, chất liệu: Màu trắng</w:t>
            </w:r>
            <w:r w:rsidR="00831420" w:rsidRPr="006C6F47">
              <w:rPr>
                <w:rFonts w:ascii="Times New Roman" w:hAnsi="Times New Roman" w:cs="Times New Roman"/>
              </w:rPr>
              <w:t>, Kate bamboo</w:t>
            </w:r>
          </w:p>
          <w:p w14:paraId="03B849F7" w14:textId="77777777" w:rsidR="001641AF" w:rsidRPr="006C6F47" w:rsidRDefault="001641AF" w:rsidP="006C6F47">
            <w:pPr>
              <w:shd w:val="clear" w:color="auto" w:fill="FFFFFF"/>
              <w:spacing w:after="0" w:line="240" w:lineRule="auto"/>
              <w:jc w:val="both"/>
              <w:rPr>
                <w:rFonts w:ascii="Times New Roman" w:hAnsi="Times New Roman" w:cs="Times New Roman"/>
              </w:rPr>
            </w:pPr>
            <w:r w:rsidRPr="006C6F47">
              <w:rPr>
                <w:rFonts w:ascii="Times New Roman" w:hAnsi="Times New Roman" w:cs="Times New Roman"/>
              </w:rPr>
              <w:t>- Kiểu dáng: Áo sơ mi, cài cúc giữa, dài tay hoặc ngắn tay.</w:t>
            </w:r>
          </w:p>
          <w:p w14:paraId="4FFA36A9" w14:textId="2AFD3EEC" w:rsidR="001641AF" w:rsidRPr="006C6F47" w:rsidRDefault="001641AF" w:rsidP="006C6F47">
            <w:pPr>
              <w:shd w:val="clear" w:color="auto" w:fill="FFFFFF"/>
              <w:spacing w:after="0" w:line="240" w:lineRule="auto"/>
              <w:jc w:val="both"/>
              <w:rPr>
                <w:rFonts w:ascii="Times New Roman" w:hAnsi="Times New Roman" w:cs="Times New Roman"/>
                <w:b/>
                <w:u w:val="single"/>
              </w:rPr>
            </w:pPr>
            <w:r w:rsidRPr="006C6F47">
              <w:rPr>
                <w:rFonts w:ascii="Times New Roman" w:hAnsi="Times New Roman" w:cs="Times New Roman"/>
                <w:b/>
              </w:rPr>
              <w:t>* Tiêu chuẩ</w:t>
            </w:r>
            <w:r w:rsidR="00410B5F" w:rsidRPr="006C6F47">
              <w:rPr>
                <w:rFonts w:ascii="Times New Roman" w:hAnsi="Times New Roman" w:cs="Times New Roman"/>
                <w:b/>
              </w:rPr>
              <w:t>n chất lượng</w:t>
            </w:r>
            <w:r w:rsidRPr="006C6F47">
              <w:rPr>
                <w:rFonts w:ascii="Times New Roman" w:hAnsi="Times New Roman" w:cs="Times New Roman"/>
                <w:b/>
              </w:rPr>
              <w:t xml:space="preserve"> vải:</w:t>
            </w:r>
          </w:p>
          <w:p w14:paraId="26B81B11" w14:textId="13871A5D" w:rsidR="00831420" w:rsidRPr="006C6F47" w:rsidRDefault="00831420" w:rsidP="006C6F47">
            <w:pPr>
              <w:shd w:val="clear" w:color="auto" w:fill="FFFFFF"/>
              <w:spacing w:after="0" w:line="240" w:lineRule="auto"/>
              <w:jc w:val="both"/>
              <w:rPr>
                <w:rFonts w:ascii="Times New Roman" w:hAnsi="Times New Roman" w:cs="Times New Roman"/>
                <w:b/>
              </w:rPr>
            </w:pPr>
            <w:r w:rsidRPr="006C6F47">
              <w:rPr>
                <w:rFonts w:ascii="Times New Roman" w:hAnsi="Times New Roman" w:cs="Times New Roman"/>
                <w:b/>
              </w:rPr>
              <w:t xml:space="preserve">- </w:t>
            </w:r>
            <w:r w:rsidRPr="006C6F47">
              <w:rPr>
                <w:rFonts w:ascii="Times New Roman" w:hAnsi="Times New Roman" w:cs="Times New Roman"/>
                <w:bCs/>
              </w:rPr>
              <w:t>Thành phầ</w:t>
            </w:r>
            <w:r w:rsidR="00EB01B1" w:rsidRPr="006C6F47">
              <w:rPr>
                <w:rFonts w:ascii="Times New Roman" w:hAnsi="Times New Roman" w:cs="Times New Roman"/>
                <w:bCs/>
              </w:rPr>
              <w:t xml:space="preserve">n: Polyester 79 </w:t>
            </w:r>
            <w:r w:rsidR="00EB01B1" w:rsidRPr="006C6F47">
              <w:rPr>
                <w:rFonts w:ascii="Times New Roman" w:hAnsi="Times New Roman" w:cs="Times New Roman"/>
              </w:rPr>
              <w:t>(±5</w:t>
            </w:r>
            <w:r w:rsidRPr="006C6F47">
              <w:rPr>
                <w:rFonts w:ascii="Times New Roman" w:hAnsi="Times New Roman" w:cs="Times New Roman"/>
              </w:rPr>
              <w:t>)</w:t>
            </w:r>
            <w:r w:rsidR="00EB01B1" w:rsidRPr="006C6F47">
              <w:rPr>
                <w:rFonts w:ascii="Times New Roman" w:hAnsi="Times New Roman" w:cs="Times New Roman"/>
                <w:bCs/>
              </w:rPr>
              <w:t xml:space="preserve"> %; Rayon 20 </w:t>
            </w:r>
            <w:r w:rsidR="00EB01B1" w:rsidRPr="006C6F47">
              <w:rPr>
                <w:rFonts w:ascii="Times New Roman" w:hAnsi="Times New Roman" w:cs="Times New Roman"/>
              </w:rPr>
              <w:t>(±5</w:t>
            </w:r>
            <w:r w:rsidRPr="006C6F47">
              <w:rPr>
                <w:rFonts w:ascii="Times New Roman" w:hAnsi="Times New Roman" w:cs="Times New Roman"/>
              </w:rPr>
              <w:t>)</w:t>
            </w:r>
            <w:r w:rsidRPr="006C6F47">
              <w:rPr>
                <w:rFonts w:ascii="Times New Roman" w:hAnsi="Times New Roman" w:cs="Times New Roman"/>
                <w:bCs/>
              </w:rPr>
              <w:t xml:space="preserve">%;  </w:t>
            </w:r>
          </w:p>
          <w:p w14:paraId="7FF31B16" w14:textId="0E8BB6CA" w:rsidR="00831420" w:rsidRPr="006C6F47" w:rsidRDefault="00831420" w:rsidP="00CF527D">
            <w:pPr>
              <w:shd w:val="clear" w:color="auto" w:fill="FFFFFF"/>
              <w:spacing w:after="0" w:line="240" w:lineRule="auto"/>
              <w:rPr>
                <w:rFonts w:ascii="Times New Roman" w:hAnsi="Times New Roman" w:cs="Times New Roman"/>
                <w:vertAlign w:val="superscript"/>
              </w:rPr>
            </w:pPr>
            <w:r w:rsidRPr="006C6F47">
              <w:rPr>
                <w:rFonts w:ascii="Times New Roman" w:hAnsi="Times New Roman" w:cs="Times New Roman"/>
              </w:rPr>
              <w:t>- Khối lượng vải: từ</w:t>
            </w:r>
            <w:r w:rsidR="00EB01B1" w:rsidRPr="006C6F47">
              <w:rPr>
                <w:rFonts w:ascii="Times New Roman" w:hAnsi="Times New Roman" w:cs="Times New Roman"/>
              </w:rPr>
              <w:t xml:space="preserve"> 110 </w:t>
            </w:r>
            <w:r w:rsidRPr="006C6F47">
              <w:rPr>
                <w:rFonts w:ascii="Times New Roman" w:hAnsi="Times New Roman" w:cs="Times New Roman"/>
              </w:rPr>
              <w:t>đế</w:t>
            </w:r>
            <w:r w:rsidR="00EB01B1" w:rsidRPr="006C6F47">
              <w:rPr>
                <w:rFonts w:ascii="Times New Roman" w:hAnsi="Times New Roman" w:cs="Times New Roman"/>
              </w:rPr>
              <w:t>n 130</w:t>
            </w:r>
            <w:r w:rsidRPr="006C6F47">
              <w:rPr>
                <w:rFonts w:ascii="Times New Roman" w:hAnsi="Times New Roman" w:cs="Times New Roman"/>
              </w:rPr>
              <w:t xml:space="preserve"> g/m</w:t>
            </w:r>
            <w:r w:rsidRPr="006C6F47">
              <w:rPr>
                <w:rFonts w:ascii="Times New Roman" w:hAnsi="Times New Roman" w:cs="Times New Roman"/>
                <w:vertAlign w:val="superscript"/>
              </w:rPr>
              <w:t>2</w:t>
            </w:r>
          </w:p>
          <w:p w14:paraId="2C6318E0" w14:textId="0974B298" w:rsidR="00831420" w:rsidRPr="006C6F47" w:rsidRDefault="00831420" w:rsidP="00CF527D">
            <w:pPr>
              <w:shd w:val="clear" w:color="auto" w:fill="FFFFFF"/>
              <w:spacing w:after="0" w:line="240" w:lineRule="auto"/>
              <w:rPr>
                <w:rFonts w:ascii="Times New Roman" w:hAnsi="Times New Roman" w:cs="Times New Roman"/>
              </w:rPr>
            </w:pPr>
            <w:r w:rsidRPr="006C6F47">
              <w:rPr>
                <w:rFonts w:ascii="Times New Roman" w:hAnsi="Times New Roman" w:cs="Times New Roman"/>
              </w:rPr>
              <w:t>- Mật độ sợi dọc x ngang: chiều dọc 370 đế</w:t>
            </w:r>
            <w:r w:rsidR="00EB01B1" w:rsidRPr="006C6F47">
              <w:rPr>
                <w:rFonts w:ascii="Times New Roman" w:hAnsi="Times New Roman" w:cs="Times New Roman"/>
              </w:rPr>
              <w:t>n 380</w:t>
            </w:r>
            <w:r w:rsidRPr="006C6F47">
              <w:rPr>
                <w:rFonts w:ascii="Times New Roman" w:hAnsi="Times New Roman" w:cs="Times New Roman"/>
              </w:rPr>
              <w:t xml:space="preserve"> x Chiều ngang: 300 đế</w:t>
            </w:r>
            <w:r w:rsidR="00EB01B1" w:rsidRPr="006C6F47">
              <w:rPr>
                <w:rFonts w:ascii="Times New Roman" w:hAnsi="Times New Roman" w:cs="Times New Roman"/>
              </w:rPr>
              <w:t>n 310</w:t>
            </w:r>
            <w:r w:rsidRPr="006C6F47">
              <w:rPr>
                <w:rFonts w:ascii="Times New Roman" w:hAnsi="Times New Roman" w:cs="Times New Roman"/>
              </w:rPr>
              <w:t xml:space="preserve"> sợi/10 cm. </w:t>
            </w:r>
          </w:p>
          <w:p w14:paraId="70BE02D8" w14:textId="2D18345D" w:rsidR="00831420" w:rsidRPr="006C6F47" w:rsidRDefault="00831420" w:rsidP="00CF527D">
            <w:pPr>
              <w:shd w:val="clear" w:color="auto" w:fill="FFFFFF"/>
              <w:spacing w:after="0" w:line="240" w:lineRule="auto"/>
              <w:rPr>
                <w:rFonts w:ascii="Times New Roman" w:hAnsi="Times New Roman" w:cs="Times New Roman"/>
              </w:rPr>
            </w:pPr>
            <w:r w:rsidRPr="006C6F47">
              <w:rPr>
                <w:rFonts w:ascii="Times New Roman" w:hAnsi="Times New Roman" w:cs="Times New Roman"/>
              </w:rPr>
              <w:t>- Độ bền màu giặt ở 40</w:t>
            </w:r>
            <w:r w:rsidRPr="006C6F47">
              <w:rPr>
                <w:rFonts w:ascii="Times New Roman" w:hAnsi="Times New Roman" w:cs="Times New Roman"/>
                <w:vertAlign w:val="superscript"/>
              </w:rPr>
              <w:t>0</w:t>
            </w:r>
            <w:r w:rsidRPr="006C6F47">
              <w:rPr>
                <w:rFonts w:ascii="Times New Roman" w:hAnsi="Times New Roman" w:cs="Times New Roman"/>
              </w:rPr>
              <w:t>C: Phai màu cấ</w:t>
            </w:r>
            <w:r w:rsidR="00EB01B1" w:rsidRPr="006C6F47">
              <w:rPr>
                <w:rFonts w:ascii="Times New Roman" w:hAnsi="Times New Roman" w:cs="Times New Roman"/>
              </w:rPr>
              <w:t>p 4 trở lên</w:t>
            </w:r>
          </w:p>
          <w:p w14:paraId="0D9C1CDA" w14:textId="77777777" w:rsidR="001641AF" w:rsidRPr="006C6F47" w:rsidRDefault="001641AF" w:rsidP="00CF527D">
            <w:pPr>
              <w:shd w:val="clear" w:color="auto" w:fill="FFFFFF"/>
              <w:spacing w:after="0" w:line="240" w:lineRule="auto"/>
              <w:rPr>
                <w:rFonts w:ascii="Times New Roman" w:hAnsi="Times New Roman" w:cs="Times New Roman"/>
              </w:rPr>
            </w:pPr>
            <w:r w:rsidRPr="006C6F47">
              <w:rPr>
                <w:rFonts w:ascii="Times New Roman" w:hAnsi="Times New Roman" w:cs="Times New Roman"/>
              </w:rPr>
              <w:t>*</w:t>
            </w:r>
            <w:r w:rsidRPr="006C6F47">
              <w:rPr>
                <w:rFonts w:ascii="Times New Roman" w:hAnsi="Times New Roman" w:cs="Times New Roman"/>
                <w:b/>
              </w:rPr>
              <w:t>Quần</w:t>
            </w:r>
          </w:p>
          <w:p w14:paraId="390B9B75" w14:textId="67D2AAF4" w:rsidR="001641AF" w:rsidRPr="006C6F47" w:rsidRDefault="001641AF" w:rsidP="00CF527D">
            <w:pPr>
              <w:shd w:val="clear" w:color="auto" w:fill="FFFFFF"/>
              <w:spacing w:after="0" w:line="240" w:lineRule="auto"/>
              <w:rPr>
                <w:rFonts w:ascii="Times New Roman" w:hAnsi="Times New Roman" w:cs="Times New Roman"/>
              </w:rPr>
            </w:pPr>
            <w:r w:rsidRPr="006C6F47">
              <w:rPr>
                <w:rFonts w:ascii="Times New Roman" w:hAnsi="Times New Roman" w:cs="Times New Roman"/>
              </w:rPr>
              <w:t xml:space="preserve">- Màu sắc, chất liệu: </w:t>
            </w:r>
            <w:r w:rsidR="0078042B" w:rsidRPr="006C6F47">
              <w:rPr>
                <w:rFonts w:ascii="Times New Roman" w:hAnsi="Times New Roman" w:cs="Times New Roman"/>
              </w:rPr>
              <w:t>Cashmere</w:t>
            </w:r>
            <w:r w:rsidRPr="006C6F47">
              <w:rPr>
                <w:rFonts w:ascii="Times New Roman" w:hAnsi="Times New Roman" w:cs="Times New Roman"/>
              </w:rPr>
              <w:t xml:space="preserve"> màu đen.  </w:t>
            </w:r>
          </w:p>
          <w:p w14:paraId="585A0184" w14:textId="2E72B224" w:rsidR="00EB01B1" w:rsidRPr="006C6F47" w:rsidRDefault="001641AF" w:rsidP="00CF527D">
            <w:pPr>
              <w:shd w:val="clear" w:color="auto" w:fill="FFFFFF"/>
              <w:spacing w:after="0" w:line="240" w:lineRule="auto"/>
              <w:rPr>
                <w:rFonts w:ascii="Times New Roman" w:hAnsi="Times New Roman" w:cs="Times New Roman"/>
              </w:rPr>
            </w:pPr>
            <w:r w:rsidRPr="006C6F47">
              <w:rPr>
                <w:rFonts w:ascii="Times New Roman" w:hAnsi="Times New Roman" w:cs="Times New Roman"/>
              </w:rPr>
              <w:t>- Kiểu dáng: Quần âu hai ly, 2 túi chéo.</w:t>
            </w:r>
          </w:p>
          <w:p w14:paraId="7536116D" w14:textId="77777777" w:rsidR="001641AF" w:rsidRPr="006C6F47" w:rsidRDefault="001641AF" w:rsidP="00CF527D">
            <w:pPr>
              <w:spacing w:after="0" w:line="240" w:lineRule="auto"/>
              <w:rPr>
                <w:rFonts w:ascii="Times New Roman" w:hAnsi="Times New Roman" w:cs="Times New Roman"/>
              </w:rPr>
            </w:pPr>
            <w:r w:rsidRPr="006C6F47">
              <w:rPr>
                <w:rFonts w:ascii="Times New Roman" w:hAnsi="Times New Roman" w:cs="Times New Roman"/>
              </w:rPr>
              <w:t>*</w:t>
            </w:r>
            <w:r w:rsidRPr="006C6F47">
              <w:rPr>
                <w:rFonts w:ascii="Times New Roman" w:hAnsi="Times New Roman" w:cs="Times New Roman"/>
                <w:b/>
              </w:rPr>
              <w:t>Chân váy nữ</w:t>
            </w:r>
            <w:r w:rsidRPr="006C6F47">
              <w:rPr>
                <w:rFonts w:ascii="Times New Roman" w:hAnsi="Times New Roman" w:cs="Times New Roman"/>
              </w:rPr>
              <w:t>: Chiều dài đến ngang gối, xẻ giữa phía sau từ 10 cm đến 12 cm, 2 túi chéo phía trước.</w:t>
            </w:r>
          </w:p>
          <w:p w14:paraId="39C52900" w14:textId="374234AE" w:rsidR="0078042B" w:rsidRPr="006C6F47" w:rsidRDefault="001641AF" w:rsidP="00CF527D">
            <w:pPr>
              <w:spacing w:after="0" w:line="240" w:lineRule="auto"/>
              <w:rPr>
                <w:rFonts w:ascii="Times New Roman" w:hAnsi="Times New Roman" w:cs="Times New Roman"/>
                <w:b/>
              </w:rPr>
            </w:pPr>
            <w:r w:rsidRPr="006C6F47">
              <w:rPr>
                <w:rFonts w:ascii="Times New Roman" w:hAnsi="Times New Roman" w:cs="Times New Roman"/>
                <w:b/>
              </w:rPr>
              <w:t>* Tiêu chuẩ</w:t>
            </w:r>
            <w:r w:rsidR="00410B5F" w:rsidRPr="006C6F47">
              <w:rPr>
                <w:rFonts w:ascii="Times New Roman" w:hAnsi="Times New Roman" w:cs="Times New Roman"/>
                <w:b/>
              </w:rPr>
              <w:t>n chất lượng</w:t>
            </w:r>
            <w:r w:rsidRPr="006C6F47">
              <w:rPr>
                <w:rFonts w:ascii="Times New Roman" w:hAnsi="Times New Roman" w:cs="Times New Roman"/>
                <w:b/>
              </w:rPr>
              <w:t xml:space="preserve"> vải:</w:t>
            </w:r>
          </w:p>
          <w:p w14:paraId="588A9680" w14:textId="740231C3" w:rsidR="0078042B" w:rsidRPr="006C6F47" w:rsidRDefault="0078042B" w:rsidP="00CF527D">
            <w:pPr>
              <w:shd w:val="clear" w:color="auto" w:fill="FFFFFF"/>
              <w:spacing w:after="0" w:line="240" w:lineRule="auto"/>
              <w:rPr>
                <w:rFonts w:ascii="Times New Roman" w:hAnsi="Times New Roman" w:cs="Times New Roman"/>
                <w:b/>
              </w:rPr>
            </w:pPr>
            <w:r w:rsidRPr="006C6F47">
              <w:rPr>
                <w:rFonts w:ascii="Times New Roman" w:hAnsi="Times New Roman" w:cs="Times New Roman"/>
                <w:b/>
              </w:rPr>
              <w:t xml:space="preserve">- </w:t>
            </w:r>
            <w:r w:rsidRPr="006C6F47">
              <w:rPr>
                <w:rFonts w:ascii="Times New Roman" w:hAnsi="Times New Roman" w:cs="Times New Roman"/>
                <w:bCs/>
              </w:rPr>
              <w:t>Thành phần: Polyester 77,0</w:t>
            </w:r>
            <w:r w:rsidR="00EB01B1" w:rsidRPr="006C6F47">
              <w:rPr>
                <w:rFonts w:ascii="Times New Roman" w:hAnsi="Times New Roman" w:cs="Times New Roman"/>
              </w:rPr>
              <w:t>(±5</w:t>
            </w:r>
            <w:r w:rsidRPr="006C6F47">
              <w:rPr>
                <w:rFonts w:ascii="Times New Roman" w:hAnsi="Times New Roman" w:cs="Times New Roman"/>
              </w:rPr>
              <w:t>)</w:t>
            </w:r>
            <w:r w:rsidRPr="006C6F47">
              <w:rPr>
                <w:rFonts w:ascii="Times New Roman" w:hAnsi="Times New Roman" w:cs="Times New Roman"/>
                <w:bCs/>
              </w:rPr>
              <w:t xml:space="preserve"> %; Rayon 19,0</w:t>
            </w:r>
            <w:r w:rsidR="00EB01B1" w:rsidRPr="006C6F47">
              <w:rPr>
                <w:rFonts w:ascii="Times New Roman" w:hAnsi="Times New Roman" w:cs="Times New Roman"/>
              </w:rPr>
              <w:t>(±5</w:t>
            </w:r>
            <w:r w:rsidRPr="006C6F47">
              <w:rPr>
                <w:rFonts w:ascii="Times New Roman" w:hAnsi="Times New Roman" w:cs="Times New Roman"/>
              </w:rPr>
              <w:t>)</w:t>
            </w:r>
            <w:r w:rsidRPr="006C6F47">
              <w:rPr>
                <w:rFonts w:ascii="Times New Roman" w:hAnsi="Times New Roman" w:cs="Times New Roman"/>
                <w:bCs/>
              </w:rPr>
              <w:t>%;  Spandex: 4</w:t>
            </w:r>
            <w:r w:rsidR="00EB01B1" w:rsidRPr="006C6F47">
              <w:rPr>
                <w:rFonts w:ascii="Times New Roman" w:hAnsi="Times New Roman" w:cs="Times New Roman"/>
              </w:rPr>
              <w:t>(±5</w:t>
            </w:r>
            <w:r w:rsidRPr="006C6F47">
              <w:rPr>
                <w:rFonts w:ascii="Times New Roman" w:hAnsi="Times New Roman" w:cs="Times New Roman"/>
              </w:rPr>
              <w:t>)</w:t>
            </w:r>
            <w:r w:rsidRPr="006C6F47">
              <w:rPr>
                <w:rFonts w:ascii="Times New Roman" w:hAnsi="Times New Roman" w:cs="Times New Roman"/>
                <w:bCs/>
              </w:rPr>
              <w:t>%</w:t>
            </w:r>
          </w:p>
          <w:p w14:paraId="6FC82BC6" w14:textId="22F1B353" w:rsidR="001641AF" w:rsidRPr="006C6F47" w:rsidRDefault="001641AF" w:rsidP="00CF527D">
            <w:pPr>
              <w:spacing w:after="0" w:line="240" w:lineRule="auto"/>
              <w:rPr>
                <w:rFonts w:ascii="Times New Roman" w:hAnsi="Times New Roman" w:cs="Times New Roman"/>
              </w:rPr>
            </w:pPr>
            <w:r w:rsidRPr="006C6F47">
              <w:rPr>
                <w:rFonts w:ascii="Times New Roman" w:hAnsi="Times New Roman" w:cs="Times New Roman"/>
              </w:rPr>
              <w:t>- Khối lượng vải (G/M</w:t>
            </w:r>
            <w:r w:rsidRPr="006C6F47">
              <w:rPr>
                <w:rFonts w:ascii="Times New Roman" w:hAnsi="Times New Roman" w:cs="Times New Roman"/>
                <w:vertAlign w:val="superscript"/>
              </w:rPr>
              <w:t>2</w:t>
            </w:r>
            <w:r w:rsidRPr="006C6F47">
              <w:rPr>
                <w:rFonts w:ascii="Times New Roman" w:hAnsi="Times New Roman" w:cs="Times New Roman"/>
              </w:rPr>
              <w:t xml:space="preserve">): </w:t>
            </w:r>
            <w:r w:rsidR="00EB01B1" w:rsidRPr="006C6F47">
              <w:rPr>
                <w:rFonts w:ascii="Times New Roman" w:hAnsi="Times New Roman" w:cs="Times New Roman"/>
              </w:rPr>
              <w:t>280</w:t>
            </w:r>
            <w:r w:rsidR="0078042B" w:rsidRPr="006C6F47">
              <w:rPr>
                <w:rFonts w:ascii="Times New Roman" w:hAnsi="Times New Roman" w:cs="Times New Roman"/>
              </w:rPr>
              <w:t xml:space="preserve"> </w:t>
            </w:r>
            <w:r w:rsidRPr="006C6F47">
              <w:rPr>
                <w:rFonts w:ascii="Times New Roman" w:hAnsi="Times New Roman" w:cs="Times New Roman"/>
              </w:rPr>
              <w:t xml:space="preserve">đến </w:t>
            </w:r>
            <w:r w:rsidR="00EB01B1" w:rsidRPr="006C6F47">
              <w:rPr>
                <w:rFonts w:ascii="Times New Roman" w:hAnsi="Times New Roman" w:cs="Times New Roman"/>
              </w:rPr>
              <w:t>290</w:t>
            </w:r>
          </w:p>
          <w:p w14:paraId="6D443148" w14:textId="314F6F63" w:rsidR="001641AF" w:rsidRPr="006C6F47" w:rsidRDefault="001641AF" w:rsidP="00CF527D">
            <w:pPr>
              <w:spacing w:after="0" w:line="240" w:lineRule="auto"/>
              <w:rPr>
                <w:rFonts w:ascii="Times New Roman" w:hAnsi="Times New Roman" w:cs="Times New Roman"/>
              </w:rPr>
            </w:pPr>
            <w:r w:rsidRPr="006C6F47">
              <w:rPr>
                <w:rFonts w:ascii="Times New Roman" w:hAnsi="Times New Roman" w:cs="Times New Roman"/>
              </w:rPr>
              <w:t xml:space="preserve">- Mật độ (dọc x ngang) (sợi/10 cm): Chiều dọc: </w:t>
            </w:r>
            <w:r w:rsidR="0078042B" w:rsidRPr="006C6F47">
              <w:rPr>
                <w:rFonts w:ascii="Times New Roman" w:hAnsi="Times New Roman" w:cs="Times New Roman"/>
              </w:rPr>
              <w:t>7</w:t>
            </w:r>
            <w:r w:rsidRPr="006C6F47">
              <w:rPr>
                <w:rFonts w:ascii="Times New Roman" w:hAnsi="Times New Roman" w:cs="Times New Roman"/>
              </w:rPr>
              <w:t>3</w:t>
            </w:r>
            <w:r w:rsidR="00EB01B1" w:rsidRPr="006C6F47">
              <w:rPr>
                <w:rFonts w:ascii="Times New Roman" w:hAnsi="Times New Roman" w:cs="Times New Roman"/>
              </w:rPr>
              <w:t>0</w:t>
            </w:r>
            <w:r w:rsidRPr="006C6F47">
              <w:rPr>
                <w:rFonts w:ascii="Times New Roman" w:hAnsi="Times New Roman" w:cs="Times New Roman"/>
              </w:rPr>
              <w:t xml:space="preserve"> đến </w:t>
            </w:r>
            <w:r w:rsidR="0078042B" w:rsidRPr="006C6F47">
              <w:rPr>
                <w:rFonts w:ascii="Times New Roman" w:hAnsi="Times New Roman" w:cs="Times New Roman"/>
              </w:rPr>
              <w:t>7</w:t>
            </w:r>
            <w:r w:rsidR="00EB01B1" w:rsidRPr="006C6F47">
              <w:rPr>
                <w:rFonts w:ascii="Times New Roman" w:hAnsi="Times New Roman" w:cs="Times New Roman"/>
              </w:rPr>
              <w:t>40</w:t>
            </w:r>
            <w:r w:rsidRPr="006C6F47">
              <w:rPr>
                <w:rFonts w:ascii="Times New Roman" w:hAnsi="Times New Roman" w:cs="Times New Roman"/>
              </w:rPr>
              <w:t>; Chiều ngang: 3</w:t>
            </w:r>
            <w:r w:rsidR="0078042B" w:rsidRPr="006C6F47">
              <w:rPr>
                <w:rFonts w:ascii="Times New Roman" w:hAnsi="Times New Roman" w:cs="Times New Roman"/>
              </w:rPr>
              <w:t>3</w:t>
            </w:r>
            <w:r w:rsidR="00EB01B1" w:rsidRPr="006C6F47">
              <w:rPr>
                <w:rFonts w:ascii="Times New Roman" w:hAnsi="Times New Roman" w:cs="Times New Roman"/>
              </w:rPr>
              <w:t>0</w:t>
            </w:r>
            <w:r w:rsidRPr="006C6F47">
              <w:rPr>
                <w:rFonts w:ascii="Times New Roman" w:hAnsi="Times New Roman" w:cs="Times New Roman"/>
              </w:rPr>
              <w:t xml:space="preserve"> đến 3</w:t>
            </w:r>
            <w:r w:rsidR="00EB01B1" w:rsidRPr="006C6F47">
              <w:rPr>
                <w:rFonts w:ascii="Times New Roman" w:hAnsi="Times New Roman" w:cs="Times New Roman"/>
              </w:rPr>
              <w:t>40</w:t>
            </w:r>
            <w:r w:rsidRPr="006C6F47">
              <w:rPr>
                <w:rFonts w:ascii="Times New Roman" w:hAnsi="Times New Roman" w:cs="Times New Roman"/>
              </w:rPr>
              <w:t xml:space="preserve">. </w:t>
            </w:r>
          </w:p>
          <w:p w14:paraId="13DF2D62" w14:textId="12E896E1" w:rsidR="001641AF" w:rsidRPr="006C6F47" w:rsidRDefault="0078042B" w:rsidP="00CF527D">
            <w:pPr>
              <w:shd w:val="clear" w:color="auto" w:fill="FFFFFF"/>
              <w:spacing w:after="0" w:line="240" w:lineRule="auto"/>
              <w:rPr>
                <w:rFonts w:ascii="Times New Roman" w:hAnsi="Times New Roman" w:cs="Times New Roman"/>
              </w:rPr>
            </w:pPr>
            <w:r w:rsidRPr="006C6F47">
              <w:rPr>
                <w:rFonts w:ascii="Times New Roman" w:hAnsi="Times New Roman" w:cs="Times New Roman"/>
              </w:rPr>
              <w:t>- Độ bền màu giặt ở 40</w:t>
            </w:r>
            <w:r w:rsidRPr="006C6F47">
              <w:rPr>
                <w:rFonts w:ascii="Times New Roman" w:hAnsi="Times New Roman" w:cs="Times New Roman"/>
                <w:vertAlign w:val="superscript"/>
              </w:rPr>
              <w:t>0</w:t>
            </w:r>
            <w:r w:rsidRPr="006C6F47">
              <w:rPr>
                <w:rFonts w:ascii="Times New Roman" w:hAnsi="Times New Roman" w:cs="Times New Roman"/>
              </w:rPr>
              <w:t>C: Phai màu cấ</w:t>
            </w:r>
            <w:r w:rsidR="00EB01B1" w:rsidRPr="006C6F47">
              <w:rPr>
                <w:rFonts w:ascii="Times New Roman" w:hAnsi="Times New Roman" w:cs="Times New Roman"/>
              </w:rPr>
              <w:t>p 4 trở lên/</w:t>
            </w:r>
          </w:p>
        </w:tc>
        <w:tc>
          <w:tcPr>
            <w:tcW w:w="765" w:type="dxa"/>
            <w:vAlign w:val="center"/>
          </w:tcPr>
          <w:p w14:paraId="4B186AD3" w14:textId="77777777" w:rsidR="001641AF" w:rsidRPr="006C6F47" w:rsidRDefault="001641AF" w:rsidP="006C6F47">
            <w:pPr>
              <w:widowControl w:val="0"/>
              <w:spacing w:after="0" w:line="240" w:lineRule="auto"/>
              <w:jc w:val="center"/>
              <w:rPr>
                <w:rFonts w:ascii="Times New Roman" w:hAnsi="Times New Roman" w:cs="Times New Roman"/>
                <w:iCs/>
              </w:rPr>
            </w:pPr>
            <w:r w:rsidRPr="006C6F47">
              <w:rPr>
                <w:rFonts w:ascii="Times New Roman" w:hAnsi="Times New Roman" w:cs="Times New Roman"/>
              </w:rPr>
              <w:t>Bộ</w:t>
            </w:r>
          </w:p>
        </w:tc>
        <w:tc>
          <w:tcPr>
            <w:tcW w:w="1272" w:type="dxa"/>
            <w:vAlign w:val="center"/>
          </w:tcPr>
          <w:p w14:paraId="02C6EC1C" w14:textId="3D54D860" w:rsidR="001641AF" w:rsidRPr="006C6F47" w:rsidRDefault="0085732A" w:rsidP="006C6F47">
            <w:pPr>
              <w:spacing w:after="0" w:line="240" w:lineRule="auto"/>
              <w:jc w:val="center"/>
              <w:rPr>
                <w:rFonts w:ascii="Times New Roman" w:hAnsi="Times New Roman" w:cs="Times New Roman"/>
              </w:rPr>
            </w:pPr>
            <w:r w:rsidRPr="006C6F47">
              <w:rPr>
                <w:rFonts w:ascii="Times New Roman" w:hAnsi="Times New Roman" w:cs="Times New Roman"/>
              </w:rPr>
              <w:t>14</w:t>
            </w:r>
            <w:r w:rsidR="001641AF" w:rsidRPr="006C6F47">
              <w:rPr>
                <w:rFonts w:ascii="Times New Roman" w:hAnsi="Times New Roman" w:cs="Times New Roman"/>
              </w:rPr>
              <w:t>3</w:t>
            </w:r>
          </w:p>
        </w:tc>
      </w:tr>
      <w:tr w:rsidR="006C6F47" w:rsidRPr="006C6F47" w14:paraId="1C9559C7" w14:textId="77777777" w:rsidTr="00213121">
        <w:trPr>
          <w:trHeight w:val="405"/>
        </w:trPr>
        <w:tc>
          <w:tcPr>
            <w:tcW w:w="10348" w:type="dxa"/>
            <w:gridSpan w:val="5"/>
            <w:vAlign w:val="center"/>
          </w:tcPr>
          <w:p w14:paraId="093DA2A5" w14:textId="7606FAF3" w:rsidR="004111B5" w:rsidRPr="006C6F47" w:rsidRDefault="004111B5" w:rsidP="00213121">
            <w:pPr>
              <w:spacing w:after="0" w:line="240" w:lineRule="auto"/>
              <w:jc w:val="center"/>
              <w:rPr>
                <w:rFonts w:ascii="Times New Roman" w:hAnsi="Times New Roman" w:cs="Times New Roman"/>
              </w:rPr>
            </w:pPr>
            <w:r w:rsidRPr="006C6F47">
              <w:rPr>
                <w:rFonts w:ascii="Times New Roman" w:hAnsi="Times New Roman" w:cs="Times New Roman"/>
                <w:b/>
                <w:i/>
                <w:lang w:val="nl-NL"/>
              </w:rPr>
              <w:t>Phần II: Trang phục chuyên môn</w:t>
            </w:r>
          </w:p>
        </w:tc>
      </w:tr>
      <w:tr w:rsidR="006C6F47" w:rsidRPr="006C6F47" w14:paraId="6E5C4808" w14:textId="77777777" w:rsidTr="00213121">
        <w:trPr>
          <w:trHeight w:val="980"/>
        </w:trPr>
        <w:tc>
          <w:tcPr>
            <w:tcW w:w="709" w:type="dxa"/>
            <w:vAlign w:val="center"/>
          </w:tcPr>
          <w:p w14:paraId="1030D4CD" w14:textId="77777777" w:rsidR="001641AF" w:rsidRPr="006C6F47" w:rsidRDefault="001641AF" w:rsidP="006C6F47">
            <w:pPr>
              <w:pStyle w:val="ListParagraph"/>
              <w:widowControl w:val="0"/>
              <w:spacing w:after="0" w:line="240" w:lineRule="auto"/>
              <w:ind w:left="0"/>
              <w:jc w:val="center"/>
              <w:rPr>
                <w:rFonts w:ascii="Times New Roman" w:hAnsi="Times New Roman" w:cs="Times New Roman"/>
                <w:iCs/>
                <w:lang w:val="nl-NL"/>
              </w:rPr>
            </w:pPr>
            <w:r w:rsidRPr="006C6F47">
              <w:rPr>
                <w:rFonts w:ascii="Times New Roman" w:hAnsi="Times New Roman" w:cs="Times New Roman"/>
                <w:iCs/>
                <w:lang w:val="nl-NL"/>
              </w:rPr>
              <w:t>3</w:t>
            </w:r>
          </w:p>
        </w:tc>
        <w:tc>
          <w:tcPr>
            <w:tcW w:w="1843" w:type="dxa"/>
            <w:vAlign w:val="center"/>
          </w:tcPr>
          <w:p w14:paraId="3C608022" w14:textId="77777777" w:rsidR="001641AF" w:rsidRPr="006C6F47" w:rsidRDefault="001641AF" w:rsidP="006C6F47">
            <w:pPr>
              <w:spacing w:after="0" w:line="240" w:lineRule="auto"/>
              <w:jc w:val="center"/>
              <w:rPr>
                <w:rFonts w:ascii="Times New Roman" w:hAnsi="Times New Roman" w:cs="Times New Roman"/>
                <w:lang w:val="nl-NL"/>
              </w:rPr>
            </w:pPr>
            <w:r w:rsidRPr="006C6F47">
              <w:rPr>
                <w:rFonts w:ascii="Times New Roman" w:hAnsi="Times New Roman" w:cs="Times New Roman"/>
                <w:lang w:val="nl-NL"/>
              </w:rPr>
              <w:t>Trang phục Bác sĩ (Nam và nữ)</w:t>
            </w:r>
          </w:p>
        </w:tc>
        <w:tc>
          <w:tcPr>
            <w:tcW w:w="5759" w:type="dxa"/>
          </w:tcPr>
          <w:p w14:paraId="4CE2B997" w14:textId="77777777"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xml:space="preserve">* </w:t>
            </w:r>
            <w:r w:rsidRPr="006C6F47">
              <w:rPr>
                <w:rFonts w:ascii="Times New Roman" w:hAnsi="Times New Roman" w:cs="Times New Roman"/>
                <w:b/>
                <w:lang w:val="nl-NL"/>
              </w:rPr>
              <w:t>Áo</w:t>
            </w:r>
            <w:r w:rsidRPr="006C6F47">
              <w:rPr>
                <w:rFonts w:ascii="Times New Roman" w:hAnsi="Times New Roman" w:cs="Times New Roman"/>
                <w:lang w:val="nl-NL"/>
              </w:rPr>
              <w:t>:</w:t>
            </w:r>
          </w:p>
          <w:p w14:paraId="30F6B6BD" w14:textId="77777777"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Chất liệu, màu sắc: Kate ford màu trắng</w:t>
            </w:r>
          </w:p>
          <w:p w14:paraId="03CD452F" w14:textId="77777777"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xml:space="preserve">-Kiểu dáng: Áo blouse, cổ bẻ Danton, cài cúc giữa, chiều dài áo ngang gối, kiểu dài tay hoặc ngắn tay, phía trước có 3 túi hình chữ nhật, có khuy cài biển tên trên ngực trái, phía sau xẻ </w:t>
            </w:r>
            <w:r w:rsidRPr="006C6F47">
              <w:rPr>
                <w:rFonts w:ascii="Times New Roman" w:hAnsi="Times New Roman" w:cs="Times New Roman"/>
                <w:lang w:val="nl-NL"/>
              </w:rPr>
              <w:lastRenderedPageBreak/>
              <w:t>giữa tới ngang mông.</w:t>
            </w:r>
          </w:p>
          <w:p w14:paraId="74E3CB5A" w14:textId="7DE6D941" w:rsidR="001641AF" w:rsidRPr="006C6F47" w:rsidRDefault="001641AF" w:rsidP="00213121">
            <w:pPr>
              <w:shd w:val="clear" w:color="auto" w:fill="FFFFFF"/>
              <w:spacing w:after="0" w:line="240" w:lineRule="auto"/>
              <w:rPr>
                <w:rFonts w:ascii="Times New Roman" w:hAnsi="Times New Roman" w:cs="Times New Roman"/>
                <w:b/>
                <w:u w:val="single"/>
                <w:lang w:val="nl-NL"/>
              </w:rPr>
            </w:pPr>
            <w:r w:rsidRPr="006C6F47">
              <w:rPr>
                <w:rFonts w:ascii="Times New Roman" w:hAnsi="Times New Roman" w:cs="Times New Roman"/>
                <w:b/>
                <w:lang w:val="nl-NL"/>
              </w:rPr>
              <w:t>* Tiêu chuẩ</w:t>
            </w:r>
            <w:r w:rsidR="00410B5F" w:rsidRPr="006C6F47">
              <w:rPr>
                <w:rFonts w:ascii="Times New Roman" w:hAnsi="Times New Roman" w:cs="Times New Roman"/>
                <w:b/>
                <w:lang w:val="nl-NL"/>
              </w:rPr>
              <w:t>n chất lượng</w:t>
            </w:r>
            <w:r w:rsidRPr="006C6F47">
              <w:rPr>
                <w:rFonts w:ascii="Times New Roman" w:hAnsi="Times New Roman" w:cs="Times New Roman"/>
                <w:b/>
                <w:lang w:val="nl-NL"/>
              </w:rPr>
              <w:t xml:space="preserve"> vải</w:t>
            </w:r>
            <w:r w:rsidRPr="006C6F47">
              <w:rPr>
                <w:rFonts w:ascii="Times New Roman" w:hAnsi="Times New Roman" w:cs="Times New Roman"/>
                <w:b/>
                <w:u w:val="single"/>
                <w:lang w:val="nl-NL"/>
              </w:rPr>
              <w:t>:</w:t>
            </w:r>
          </w:p>
          <w:p w14:paraId="1245AEEE" w14:textId="1C2982DC" w:rsidR="0078042B" w:rsidRPr="006C6F47" w:rsidRDefault="0078042B" w:rsidP="00213121">
            <w:pPr>
              <w:shd w:val="clear" w:color="auto" w:fill="FFFFFF"/>
              <w:spacing w:after="0" w:line="240" w:lineRule="auto"/>
              <w:rPr>
                <w:rFonts w:ascii="Times New Roman" w:hAnsi="Times New Roman" w:cs="Times New Roman"/>
                <w:b/>
              </w:rPr>
            </w:pPr>
            <w:r w:rsidRPr="006C6F47">
              <w:rPr>
                <w:rFonts w:ascii="Times New Roman" w:hAnsi="Times New Roman" w:cs="Times New Roman"/>
                <w:b/>
              </w:rPr>
              <w:t xml:space="preserve">- </w:t>
            </w:r>
            <w:r w:rsidRPr="006C6F47">
              <w:rPr>
                <w:rFonts w:ascii="Times New Roman" w:hAnsi="Times New Roman" w:cs="Times New Roman"/>
                <w:bCs/>
              </w:rPr>
              <w:t>Thành phần: Polyester 65,0</w:t>
            </w:r>
            <w:r w:rsidR="00EB01B1" w:rsidRPr="006C6F47">
              <w:rPr>
                <w:rFonts w:ascii="Times New Roman" w:hAnsi="Times New Roman" w:cs="Times New Roman"/>
              </w:rPr>
              <w:t>(±5</w:t>
            </w:r>
            <w:r w:rsidRPr="006C6F47">
              <w:rPr>
                <w:rFonts w:ascii="Times New Roman" w:hAnsi="Times New Roman" w:cs="Times New Roman"/>
              </w:rPr>
              <w:t>)</w:t>
            </w:r>
            <w:r w:rsidRPr="006C6F47">
              <w:rPr>
                <w:rFonts w:ascii="Times New Roman" w:hAnsi="Times New Roman" w:cs="Times New Roman"/>
                <w:bCs/>
              </w:rPr>
              <w:t xml:space="preserve"> %; Cotton 35,0</w:t>
            </w:r>
            <w:r w:rsidR="00EB01B1" w:rsidRPr="006C6F47">
              <w:rPr>
                <w:rFonts w:ascii="Times New Roman" w:hAnsi="Times New Roman" w:cs="Times New Roman"/>
              </w:rPr>
              <w:t>(±5</w:t>
            </w:r>
            <w:r w:rsidRPr="006C6F47">
              <w:rPr>
                <w:rFonts w:ascii="Times New Roman" w:hAnsi="Times New Roman" w:cs="Times New Roman"/>
              </w:rPr>
              <w:t>)</w:t>
            </w:r>
            <w:r w:rsidRPr="006C6F47">
              <w:rPr>
                <w:rFonts w:ascii="Times New Roman" w:hAnsi="Times New Roman" w:cs="Times New Roman"/>
                <w:bCs/>
              </w:rPr>
              <w:t>%;</w:t>
            </w:r>
          </w:p>
          <w:p w14:paraId="61FD2D23" w14:textId="7F8DE94A"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Khối lượng vải (G/M2): 1</w:t>
            </w:r>
            <w:r w:rsidR="00EB01B1" w:rsidRPr="006C6F47">
              <w:rPr>
                <w:rFonts w:ascii="Times New Roman" w:hAnsi="Times New Roman" w:cs="Times New Roman"/>
                <w:lang w:val="nl-NL"/>
              </w:rPr>
              <w:t>60</w:t>
            </w:r>
            <w:r w:rsidRPr="006C6F47">
              <w:rPr>
                <w:rFonts w:ascii="Times New Roman" w:hAnsi="Times New Roman" w:cs="Times New Roman"/>
                <w:lang w:val="nl-NL"/>
              </w:rPr>
              <w:t xml:space="preserve"> đến 1</w:t>
            </w:r>
            <w:r w:rsidR="00EB01B1" w:rsidRPr="006C6F47">
              <w:rPr>
                <w:rFonts w:ascii="Times New Roman" w:hAnsi="Times New Roman" w:cs="Times New Roman"/>
                <w:lang w:val="nl-NL"/>
              </w:rPr>
              <w:t>70</w:t>
            </w:r>
          </w:p>
          <w:p w14:paraId="48B971DA" w14:textId="023BC501"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xml:space="preserve">- Mật độ (dọc x ngang) (sợi/10 cm): chiều dọc: </w:t>
            </w:r>
            <w:r w:rsidR="00EB01B1" w:rsidRPr="006C6F47">
              <w:rPr>
                <w:rFonts w:ascii="Times New Roman" w:hAnsi="Times New Roman" w:cs="Times New Roman"/>
                <w:lang w:val="nl-NL"/>
              </w:rPr>
              <w:t>270</w:t>
            </w:r>
            <w:r w:rsidRPr="006C6F47">
              <w:rPr>
                <w:rFonts w:ascii="Times New Roman" w:hAnsi="Times New Roman" w:cs="Times New Roman"/>
                <w:lang w:val="nl-NL"/>
              </w:rPr>
              <w:t xml:space="preserve"> đến </w:t>
            </w:r>
            <w:r w:rsidR="00EB01B1" w:rsidRPr="006C6F47">
              <w:rPr>
                <w:rFonts w:ascii="Times New Roman" w:hAnsi="Times New Roman" w:cs="Times New Roman"/>
                <w:lang w:val="nl-NL"/>
              </w:rPr>
              <w:t>280</w:t>
            </w:r>
            <w:r w:rsidRPr="006C6F47">
              <w:rPr>
                <w:rFonts w:ascii="Times New Roman" w:hAnsi="Times New Roman" w:cs="Times New Roman"/>
                <w:lang w:val="nl-NL"/>
              </w:rPr>
              <w:t xml:space="preserve">; chiều ngang: </w:t>
            </w:r>
            <w:r w:rsidR="00EB01B1" w:rsidRPr="006C6F47">
              <w:rPr>
                <w:rFonts w:ascii="Times New Roman" w:hAnsi="Times New Roman" w:cs="Times New Roman"/>
                <w:lang w:val="nl-NL"/>
              </w:rPr>
              <w:t xml:space="preserve">270 </w:t>
            </w:r>
            <w:r w:rsidR="0078042B" w:rsidRPr="006C6F47">
              <w:rPr>
                <w:rFonts w:ascii="Times New Roman" w:hAnsi="Times New Roman" w:cs="Times New Roman"/>
                <w:lang w:val="nl-NL"/>
              </w:rPr>
              <w:t>đế</w:t>
            </w:r>
            <w:r w:rsidR="00EB01B1" w:rsidRPr="006C6F47">
              <w:rPr>
                <w:rFonts w:ascii="Times New Roman" w:hAnsi="Times New Roman" w:cs="Times New Roman"/>
                <w:lang w:val="nl-NL"/>
              </w:rPr>
              <w:t>n 280</w:t>
            </w:r>
            <w:r w:rsidRPr="006C6F47">
              <w:rPr>
                <w:rFonts w:ascii="Times New Roman" w:hAnsi="Times New Roman" w:cs="Times New Roman"/>
                <w:lang w:val="nl-NL"/>
              </w:rPr>
              <w:t>.</w:t>
            </w:r>
          </w:p>
          <w:p w14:paraId="07BF19B2" w14:textId="64EA1033" w:rsidR="0078042B" w:rsidRPr="006C6F47" w:rsidRDefault="0078042B"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C: Phai màu cấ</w:t>
            </w:r>
            <w:r w:rsidR="00EB01B1" w:rsidRPr="006C6F47">
              <w:rPr>
                <w:rFonts w:ascii="Times New Roman" w:hAnsi="Times New Roman" w:cs="Times New Roman"/>
                <w:lang w:val="nl-NL"/>
              </w:rPr>
              <w:t>p 4 trở lên.</w:t>
            </w:r>
          </w:p>
          <w:p w14:paraId="3E8B692B" w14:textId="77777777"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xml:space="preserve">* </w:t>
            </w:r>
            <w:r w:rsidRPr="006C6F47">
              <w:rPr>
                <w:rFonts w:ascii="Times New Roman" w:hAnsi="Times New Roman" w:cs="Times New Roman"/>
                <w:b/>
                <w:lang w:val="vi-VN"/>
              </w:rPr>
              <w:t>Quần</w:t>
            </w:r>
            <w:r w:rsidRPr="006C6F47">
              <w:rPr>
                <w:rFonts w:ascii="Times New Roman" w:hAnsi="Times New Roman" w:cs="Times New Roman"/>
                <w:lang w:val="vi-VN"/>
              </w:rPr>
              <w:t>:</w:t>
            </w:r>
          </w:p>
          <w:p w14:paraId="054E5FAE" w14:textId="0CC610A2"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Chất liệu, màu sắc: Quần Nam</w:t>
            </w:r>
            <w:r w:rsidR="009D3F19">
              <w:rPr>
                <w:rFonts w:ascii="Times New Roman" w:hAnsi="Times New Roman" w:cs="Times New Roman"/>
              </w:rPr>
              <w:t xml:space="preserve"> và Nữ: </w:t>
            </w:r>
            <w:r w:rsidRPr="006C6F47">
              <w:rPr>
                <w:rFonts w:ascii="Times New Roman" w:hAnsi="Times New Roman" w:cs="Times New Roman"/>
                <w:lang w:val="vi-VN"/>
              </w:rPr>
              <w:t>Kaki thun màu trắng</w:t>
            </w:r>
          </w:p>
          <w:p w14:paraId="2AB94D82" w14:textId="77777777"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Kiểu dáng: Quần âu hai ly, 2 túi chéo, quần nam có 1 túi sau.</w:t>
            </w:r>
          </w:p>
          <w:p w14:paraId="59B6CDB1" w14:textId="3854EC46" w:rsidR="001641AF" w:rsidRPr="006C6F47" w:rsidRDefault="001641AF" w:rsidP="00213121">
            <w:pPr>
              <w:shd w:val="clear" w:color="auto" w:fill="FFFFFF"/>
              <w:spacing w:after="0" w:line="240" w:lineRule="auto"/>
              <w:rPr>
                <w:rFonts w:ascii="Times New Roman" w:hAnsi="Times New Roman" w:cs="Times New Roman"/>
                <w:b/>
                <w:lang w:val="vi-VN"/>
              </w:rPr>
            </w:pPr>
            <w:r w:rsidRPr="006C6F47">
              <w:rPr>
                <w:rFonts w:ascii="Times New Roman" w:hAnsi="Times New Roman" w:cs="Times New Roman"/>
                <w:b/>
                <w:lang w:val="vi-VN"/>
              </w:rPr>
              <w:t>* Tiêu chuẩ</w:t>
            </w:r>
            <w:r w:rsidR="00410B5F" w:rsidRPr="006C6F47">
              <w:rPr>
                <w:rFonts w:ascii="Times New Roman" w:hAnsi="Times New Roman" w:cs="Times New Roman"/>
                <w:b/>
                <w:lang w:val="vi-VN"/>
              </w:rPr>
              <w:t xml:space="preserve">n </w:t>
            </w:r>
            <w:r w:rsidR="00410B5F" w:rsidRPr="006C6F47">
              <w:rPr>
                <w:rFonts w:ascii="Times New Roman" w:hAnsi="Times New Roman" w:cs="Times New Roman"/>
                <w:b/>
              </w:rPr>
              <w:t xml:space="preserve">chất lượng </w:t>
            </w:r>
            <w:r w:rsidRPr="006C6F47">
              <w:rPr>
                <w:rFonts w:ascii="Times New Roman" w:hAnsi="Times New Roman" w:cs="Times New Roman"/>
                <w:b/>
                <w:lang w:val="vi-VN"/>
              </w:rPr>
              <w:t>vải Kaki thun màu trắng:</w:t>
            </w:r>
          </w:p>
          <w:p w14:paraId="374816DE" w14:textId="2CF9027C" w:rsidR="005B7A8F" w:rsidRPr="006C6F47" w:rsidRDefault="001641AF" w:rsidP="00213121">
            <w:pPr>
              <w:shd w:val="clear" w:color="auto" w:fill="FFFFFF"/>
              <w:spacing w:after="0" w:line="240" w:lineRule="auto"/>
              <w:rPr>
                <w:rFonts w:ascii="Times New Roman" w:hAnsi="Times New Roman" w:cs="Times New Roman"/>
              </w:rPr>
            </w:pPr>
            <w:r w:rsidRPr="006C6F47">
              <w:rPr>
                <w:rFonts w:ascii="Times New Roman" w:hAnsi="Times New Roman" w:cs="Times New Roman"/>
                <w:lang w:val="vi-VN"/>
              </w:rPr>
              <w:t>-</w:t>
            </w:r>
            <w:r w:rsidR="005B7A8F" w:rsidRPr="006C6F47">
              <w:rPr>
                <w:rFonts w:ascii="Times New Roman" w:hAnsi="Times New Roman" w:cs="Times New Roman"/>
                <w:bCs/>
              </w:rPr>
              <w:t xml:space="preserve"> Thành phần</w:t>
            </w:r>
            <w:r w:rsidR="005B7A8F" w:rsidRPr="006C6F47">
              <w:rPr>
                <w:rFonts w:ascii="Times New Roman" w:hAnsi="Times New Roman" w:cs="Times New Roman"/>
                <w:lang w:val="vi-VN"/>
              </w:rPr>
              <w:t>: Polyester 75%</w:t>
            </w:r>
            <w:r w:rsidR="00EB01B1" w:rsidRPr="006C6F47">
              <w:rPr>
                <w:rFonts w:ascii="Times New Roman" w:hAnsi="Times New Roman" w:cs="Times New Roman"/>
                <w:lang w:val="vi-VN"/>
              </w:rPr>
              <w:t>(±</w:t>
            </w:r>
            <w:r w:rsidR="00EB01B1" w:rsidRPr="006C6F47">
              <w:rPr>
                <w:rFonts w:ascii="Times New Roman" w:hAnsi="Times New Roman" w:cs="Times New Roman"/>
              </w:rPr>
              <w:t>5</w:t>
            </w:r>
            <w:r w:rsidR="005B7A8F" w:rsidRPr="006C6F47">
              <w:rPr>
                <w:rFonts w:ascii="Times New Roman" w:hAnsi="Times New Roman" w:cs="Times New Roman"/>
                <w:lang w:val="vi-VN"/>
              </w:rPr>
              <w:t xml:space="preserve">);  Rayon 21% </w:t>
            </w:r>
            <w:r w:rsidR="00EB01B1" w:rsidRPr="006C6F47">
              <w:rPr>
                <w:rFonts w:ascii="Times New Roman" w:hAnsi="Times New Roman" w:cs="Times New Roman"/>
                <w:lang w:val="vi-VN"/>
              </w:rPr>
              <w:t>(±</w:t>
            </w:r>
            <w:r w:rsidR="00EB01B1" w:rsidRPr="006C6F47">
              <w:rPr>
                <w:rFonts w:ascii="Times New Roman" w:hAnsi="Times New Roman" w:cs="Times New Roman"/>
              </w:rPr>
              <w:t>5</w:t>
            </w:r>
            <w:r w:rsidR="00EB01B1" w:rsidRPr="006C6F47">
              <w:rPr>
                <w:rFonts w:ascii="Times New Roman" w:hAnsi="Times New Roman" w:cs="Times New Roman"/>
                <w:lang w:val="vi-VN"/>
              </w:rPr>
              <w:t>); Spandex 2</w:t>
            </w:r>
            <w:r w:rsidR="00EB01B1" w:rsidRPr="006C6F47">
              <w:rPr>
                <w:rFonts w:ascii="Times New Roman" w:hAnsi="Times New Roman" w:cs="Times New Roman"/>
              </w:rPr>
              <w:t xml:space="preserve"> </w:t>
            </w:r>
            <w:r w:rsidR="00EB01B1" w:rsidRPr="006C6F47">
              <w:rPr>
                <w:rFonts w:ascii="Times New Roman" w:hAnsi="Times New Roman" w:cs="Times New Roman"/>
                <w:lang w:val="vi-VN"/>
              </w:rPr>
              <w:t>%(±</w:t>
            </w:r>
            <w:r w:rsidR="00EB01B1" w:rsidRPr="006C6F47">
              <w:rPr>
                <w:rFonts w:ascii="Times New Roman" w:hAnsi="Times New Roman" w:cs="Times New Roman"/>
              </w:rPr>
              <w:t>5</w:t>
            </w:r>
            <w:r w:rsidR="005B7A8F" w:rsidRPr="006C6F47">
              <w:rPr>
                <w:rFonts w:ascii="Times New Roman" w:hAnsi="Times New Roman" w:cs="Times New Roman"/>
                <w:lang w:val="vi-VN"/>
              </w:rPr>
              <w:t>).</w:t>
            </w:r>
          </w:p>
          <w:p w14:paraId="54FDDC10" w14:textId="447CF78B" w:rsidR="001641AF" w:rsidRPr="006C6F47" w:rsidRDefault="005B7A8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xml:space="preserve">- </w:t>
            </w:r>
            <w:r w:rsidR="001641AF" w:rsidRPr="006C6F47">
              <w:rPr>
                <w:rFonts w:ascii="Times New Roman" w:hAnsi="Times New Roman" w:cs="Times New Roman"/>
                <w:lang w:val="vi-VN"/>
              </w:rPr>
              <w:t>Khối lượng vải (G/M2): 24</w:t>
            </w:r>
            <w:r w:rsidR="00EB01B1" w:rsidRPr="006C6F47">
              <w:rPr>
                <w:rFonts w:ascii="Times New Roman" w:hAnsi="Times New Roman" w:cs="Times New Roman"/>
              </w:rPr>
              <w:t>0</w:t>
            </w:r>
            <w:r w:rsidR="001641AF" w:rsidRPr="006C6F47">
              <w:rPr>
                <w:rFonts w:ascii="Times New Roman" w:hAnsi="Times New Roman" w:cs="Times New Roman"/>
                <w:lang w:val="vi-VN"/>
              </w:rPr>
              <w:t xml:space="preserve"> đến 2</w:t>
            </w:r>
            <w:r w:rsidR="00EB01B1" w:rsidRPr="006C6F47">
              <w:rPr>
                <w:rFonts w:ascii="Times New Roman" w:hAnsi="Times New Roman" w:cs="Times New Roman"/>
              </w:rPr>
              <w:t>50</w:t>
            </w:r>
            <w:r w:rsidR="001641AF" w:rsidRPr="006C6F47">
              <w:rPr>
                <w:rFonts w:ascii="Times New Roman" w:hAnsi="Times New Roman" w:cs="Times New Roman"/>
                <w:lang w:val="vi-VN"/>
              </w:rPr>
              <w:t>.</w:t>
            </w:r>
          </w:p>
          <w:p w14:paraId="7D09BFDF" w14:textId="09315688"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Mật độ vải (dọc x ngang) (sợi/10cm): chiều dọc 45</w:t>
            </w:r>
            <w:r w:rsidR="00145221" w:rsidRPr="006C6F47">
              <w:rPr>
                <w:rFonts w:ascii="Times New Roman" w:hAnsi="Times New Roman" w:cs="Times New Roman"/>
              </w:rPr>
              <w:t xml:space="preserve">0 </w:t>
            </w:r>
            <w:r w:rsidRPr="006C6F47">
              <w:rPr>
                <w:rFonts w:ascii="Times New Roman" w:hAnsi="Times New Roman" w:cs="Times New Roman"/>
                <w:lang w:val="vi-VN"/>
              </w:rPr>
              <w:t>đế</w:t>
            </w:r>
            <w:r w:rsidR="00145221" w:rsidRPr="006C6F47">
              <w:rPr>
                <w:rFonts w:ascii="Times New Roman" w:hAnsi="Times New Roman" w:cs="Times New Roman"/>
                <w:lang w:val="vi-VN"/>
              </w:rPr>
              <w:t>n 4</w:t>
            </w:r>
            <w:r w:rsidR="00145221" w:rsidRPr="006C6F47">
              <w:rPr>
                <w:rFonts w:ascii="Times New Roman" w:hAnsi="Times New Roman" w:cs="Times New Roman"/>
              </w:rPr>
              <w:t>70</w:t>
            </w:r>
            <w:r w:rsidRPr="006C6F47">
              <w:rPr>
                <w:rFonts w:ascii="Times New Roman" w:hAnsi="Times New Roman" w:cs="Times New Roman"/>
                <w:lang w:val="vi-VN"/>
              </w:rPr>
              <w:t>; chiều ngang 33</w:t>
            </w:r>
            <w:r w:rsidR="00145221" w:rsidRPr="006C6F47">
              <w:rPr>
                <w:rFonts w:ascii="Times New Roman" w:hAnsi="Times New Roman" w:cs="Times New Roman"/>
              </w:rPr>
              <w:t>0</w:t>
            </w:r>
            <w:r w:rsidRPr="006C6F47">
              <w:rPr>
                <w:rFonts w:ascii="Times New Roman" w:hAnsi="Times New Roman" w:cs="Times New Roman"/>
                <w:lang w:val="vi-VN"/>
              </w:rPr>
              <w:t xml:space="preserve"> đến </w:t>
            </w:r>
            <w:r w:rsidR="00145221" w:rsidRPr="006C6F47">
              <w:rPr>
                <w:rFonts w:ascii="Times New Roman" w:hAnsi="Times New Roman" w:cs="Times New Roman"/>
                <w:lang w:val="vi-VN"/>
              </w:rPr>
              <w:t>3</w:t>
            </w:r>
            <w:r w:rsidR="00145221" w:rsidRPr="006C6F47">
              <w:rPr>
                <w:rFonts w:ascii="Times New Roman" w:hAnsi="Times New Roman" w:cs="Times New Roman"/>
              </w:rPr>
              <w:t>40</w:t>
            </w:r>
            <w:r w:rsidRPr="006C6F47">
              <w:rPr>
                <w:rFonts w:ascii="Times New Roman" w:hAnsi="Times New Roman" w:cs="Times New Roman"/>
                <w:lang w:val="vi-VN"/>
              </w:rPr>
              <w:t>.</w:t>
            </w:r>
          </w:p>
          <w:p w14:paraId="7A12D135" w14:textId="44D15A60"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Độ bền màu giặt ở 40</w:t>
            </w:r>
            <w:r w:rsidRPr="006C6F47">
              <w:rPr>
                <w:rFonts w:ascii="Times New Roman" w:hAnsi="Times New Roman" w:cs="Times New Roman"/>
                <w:vertAlign w:val="superscript"/>
                <w:lang w:val="vi-VN"/>
              </w:rPr>
              <w:t>0</w:t>
            </w:r>
            <w:r w:rsidRPr="006C6F47">
              <w:rPr>
                <w:rFonts w:ascii="Times New Roman" w:hAnsi="Times New Roman" w:cs="Times New Roman"/>
                <w:lang w:val="vi-VN"/>
              </w:rPr>
              <w:t>C: Phai màu cấ</w:t>
            </w:r>
            <w:r w:rsidR="00145221" w:rsidRPr="006C6F47">
              <w:rPr>
                <w:rFonts w:ascii="Times New Roman" w:hAnsi="Times New Roman" w:cs="Times New Roman"/>
                <w:lang w:val="vi-VN"/>
              </w:rPr>
              <w:t>p 4</w:t>
            </w:r>
            <w:r w:rsidR="00145221" w:rsidRPr="006C6F47">
              <w:rPr>
                <w:rFonts w:ascii="Times New Roman" w:hAnsi="Times New Roman" w:cs="Times New Roman"/>
              </w:rPr>
              <w:t xml:space="preserve"> trở lên</w:t>
            </w:r>
            <w:r w:rsidRPr="006C6F47">
              <w:rPr>
                <w:rFonts w:ascii="Times New Roman" w:hAnsi="Times New Roman" w:cs="Times New Roman"/>
                <w:lang w:val="vi-VN"/>
              </w:rPr>
              <w:t>.</w:t>
            </w:r>
          </w:p>
          <w:p w14:paraId="791EFACB" w14:textId="39E37CA1"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b/>
                <w:lang w:val="vi-VN"/>
              </w:rPr>
              <w:t>- Nón: Theo màu sắc của áo</w:t>
            </w:r>
          </w:p>
        </w:tc>
        <w:tc>
          <w:tcPr>
            <w:tcW w:w="765" w:type="dxa"/>
            <w:vAlign w:val="center"/>
          </w:tcPr>
          <w:p w14:paraId="2C05F874" w14:textId="77777777" w:rsidR="001641AF" w:rsidRPr="006C6F47" w:rsidRDefault="001641AF" w:rsidP="006C6F47">
            <w:pPr>
              <w:widowControl w:val="0"/>
              <w:spacing w:after="0" w:line="240" w:lineRule="auto"/>
              <w:jc w:val="center"/>
              <w:rPr>
                <w:rFonts w:ascii="Times New Roman" w:hAnsi="Times New Roman" w:cs="Times New Roman"/>
                <w:iCs/>
                <w:lang w:val="nl-NL"/>
              </w:rPr>
            </w:pPr>
            <w:r w:rsidRPr="006C6F47">
              <w:rPr>
                <w:rFonts w:ascii="Times New Roman" w:hAnsi="Times New Roman" w:cs="Times New Roman"/>
              </w:rPr>
              <w:lastRenderedPageBreak/>
              <w:t>Bộ</w:t>
            </w:r>
          </w:p>
        </w:tc>
        <w:tc>
          <w:tcPr>
            <w:tcW w:w="1272" w:type="dxa"/>
            <w:vAlign w:val="center"/>
          </w:tcPr>
          <w:p w14:paraId="7C1936E7" w14:textId="60BB2C8A" w:rsidR="001641AF" w:rsidRPr="006C6F47" w:rsidRDefault="00C320D9" w:rsidP="006C6F47">
            <w:pPr>
              <w:spacing w:after="0" w:line="240" w:lineRule="auto"/>
              <w:jc w:val="center"/>
              <w:rPr>
                <w:rFonts w:ascii="Times New Roman" w:hAnsi="Times New Roman" w:cs="Times New Roman"/>
              </w:rPr>
            </w:pPr>
            <w:r w:rsidRPr="006C6F47">
              <w:rPr>
                <w:rFonts w:ascii="Times New Roman" w:hAnsi="Times New Roman" w:cs="Times New Roman"/>
              </w:rPr>
              <w:t>360</w:t>
            </w:r>
          </w:p>
        </w:tc>
      </w:tr>
      <w:tr w:rsidR="006C6F47" w:rsidRPr="006C6F47" w14:paraId="71C0FB06" w14:textId="77777777" w:rsidTr="00213121">
        <w:trPr>
          <w:trHeight w:val="712"/>
        </w:trPr>
        <w:tc>
          <w:tcPr>
            <w:tcW w:w="709" w:type="dxa"/>
            <w:vAlign w:val="center"/>
          </w:tcPr>
          <w:p w14:paraId="65444E85" w14:textId="77777777" w:rsidR="001641AF" w:rsidRPr="006C6F47" w:rsidRDefault="001641AF" w:rsidP="006C6F47">
            <w:pPr>
              <w:pStyle w:val="ListParagraph"/>
              <w:widowControl w:val="0"/>
              <w:spacing w:after="0" w:line="240" w:lineRule="auto"/>
              <w:ind w:left="0"/>
              <w:jc w:val="center"/>
              <w:rPr>
                <w:rFonts w:ascii="Times New Roman" w:hAnsi="Times New Roman" w:cs="Times New Roman"/>
                <w:iCs/>
                <w:lang w:val="nl-NL"/>
              </w:rPr>
            </w:pPr>
            <w:r w:rsidRPr="006C6F47">
              <w:rPr>
                <w:rFonts w:ascii="Times New Roman" w:hAnsi="Times New Roman" w:cs="Times New Roman"/>
                <w:iCs/>
                <w:lang w:val="nl-NL"/>
              </w:rPr>
              <w:lastRenderedPageBreak/>
              <w:t>4</w:t>
            </w:r>
          </w:p>
        </w:tc>
        <w:tc>
          <w:tcPr>
            <w:tcW w:w="1843" w:type="dxa"/>
            <w:vAlign w:val="center"/>
          </w:tcPr>
          <w:p w14:paraId="088528A6" w14:textId="77777777" w:rsidR="001641AF" w:rsidRPr="006C6F47" w:rsidRDefault="001641AF" w:rsidP="006C6F47">
            <w:pPr>
              <w:spacing w:after="0" w:line="240" w:lineRule="auto"/>
              <w:jc w:val="center"/>
              <w:rPr>
                <w:rFonts w:ascii="Times New Roman" w:hAnsi="Times New Roman" w:cs="Times New Roman"/>
                <w:lang w:val="nl-NL"/>
              </w:rPr>
            </w:pPr>
            <w:r w:rsidRPr="006C6F47">
              <w:rPr>
                <w:rFonts w:ascii="Times New Roman" w:hAnsi="Times New Roman" w:cs="Times New Roman"/>
                <w:lang w:val="nl-NL"/>
              </w:rPr>
              <w:t>Trang phục Dược sĩ (Nam và nữ)</w:t>
            </w:r>
          </w:p>
        </w:tc>
        <w:tc>
          <w:tcPr>
            <w:tcW w:w="5759" w:type="dxa"/>
          </w:tcPr>
          <w:p w14:paraId="67310C8B" w14:textId="77777777"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w:t>
            </w:r>
            <w:r w:rsidRPr="006C6F47">
              <w:rPr>
                <w:rFonts w:ascii="Times New Roman" w:hAnsi="Times New Roman" w:cs="Times New Roman"/>
                <w:b/>
                <w:lang w:val="nl-NL"/>
              </w:rPr>
              <w:t>Áo</w:t>
            </w:r>
            <w:r w:rsidRPr="006C6F47">
              <w:rPr>
                <w:rFonts w:ascii="Times New Roman" w:hAnsi="Times New Roman" w:cs="Times New Roman"/>
                <w:lang w:val="nl-NL"/>
              </w:rPr>
              <w:t>:</w:t>
            </w:r>
          </w:p>
          <w:p w14:paraId="5FBB2B74" w14:textId="77777777"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Chất liệu, màu sắc: Kate ford màu trắng</w:t>
            </w:r>
          </w:p>
          <w:p w14:paraId="2A7EDDC1" w14:textId="77777777"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-Kiểu dáng: Áo blouse cổ 2 ve, cài cúc giữa, dài tay hoặc ngắn tay, chiều dài áo ngang gối, phía trước có 3 túi, túi trên hình chữ nhật, hai túi dưới hình chữ nhật miệng xéo, có khuy cài biển tên trên ngực trái, phía sau xẻ giữa tới ngang mông.</w:t>
            </w:r>
          </w:p>
          <w:p w14:paraId="600DFC12" w14:textId="3C7ED763" w:rsidR="001641AF" w:rsidRPr="006C6F47" w:rsidRDefault="001641AF" w:rsidP="00213121">
            <w:pPr>
              <w:shd w:val="clear" w:color="auto" w:fill="FFFFFF"/>
              <w:spacing w:after="0" w:line="240" w:lineRule="auto"/>
              <w:rPr>
                <w:rFonts w:ascii="Times New Roman" w:hAnsi="Times New Roman" w:cs="Times New Roman"/>
                <w:b/>
                <w:lang w:val="nl-NL"/>
              </w:rPr>
            </w:pPr>
            <w:r w:rsidRPr="006C6F47">
              <w:rPr>
                <w:rFonts w:ascii="Times New Roman" w:hAnsi="Times New Roman" w:cs="Times New Roman"/>
                <w:b/>
                <w:lang w:val="nl-NL"/>
              </w:rPr>
              <w:t>* Tiêu chuẩ</w:t>
            </w:r>
            <w:r w:rsidR="00410B5F" w:rsidRPr="006C6F47">
              <w:rPr>
                <w:rFonts w:ascii="Times New Roman" w:hAnsi="Times New Roman" w:cs="Times New Roman"/>
                <w:b/>
                <w:lang w:val="nl-NL"/>
              </w:rPr>
              <w:t>n chất lượng</w:t>
            </w:r>
            <w:r w:rsidRPr="006C6F47">
              <w:rPr>
                <w:rFonts w:ascii="Times New Roman" w:hAnsi="Times New Roman" w:cs="Times New Roman"/>
                <w:b/>
                <w:lang w:val="nl-NL"/>
              </w:rPr>
              <w:t xml:space="preserve"> vải:</w:t>
            </w:r>
          </w:p>
          <w:p w14:paraId="0A7A4C73" w14:textId="6919BE4A" w:rsidR="00F35F02" w:rsidRPr="006C6F47" w:rsidRDefault="00F35F02" w:rsidP="00213121">
            <w:pPr>
              <w:shd w:val="clear" w:color="auto" w:fill="FFFFFF"/>
              <w:spacing w:after="0" w:line="240" w:lineRule="auto"/>
              <w:rPr>
                <w:rFonts w:ascii="Times New Roman" w:hAnsi="Times New Roman" w:cs="Times New Roman"/>
                <w:b/>
              </w:rPr>
            </w:pPr>
            <w:r w:rsidRPr="006C6F47">
              <w:rPr>
                <w:rFonts w:ascii="Times New Roman" w:hAnsi="Times New Roman" w:cs="Times New Roman"/>
                <w:b/>
              </w:rPr>
              <w:t xml:space="preserve">- </w:t>
            </w:r>
            <w:r w:rsidRPr="006C6F47">
              <w:rPr>
                <w:rFonts w:ascii="Times New Roman" w:hAnsi="Times New Roman" w:cs="Times New Roman"/>
                <w:bCs/>
              </w:rPr>
              <w:t>Thành phần: Polyester 65,0</w:t>
            </w:r>
            <w:r w:rsidR="00145221" w:rsidRPr="006C6F47">
              <w:rPr>
                <w:rFonts w:ascii="Times New Roman" w:hAnsi="Times New Roman" w:cs="Times New Roman"/>
              </w:rPr>
              <w:t>(±5</w:t>
            </w:r>
            <w:r w:rsidRPr="006C6F47">
              <w:rPr>
                <w:rFonts w:ascii="Times New Roman" w:hAnsi="Times New Roman" w:cs="Times New Roman"/>
              </w:rPr>
              <w:t>)</w:t>
            </w:r>
            <w:r w:rsidRPr="006C6F47">
              <w:rPr>
                <w:rFonts w:ascii="Times New Roman" w:hAnsi="Times New Roman" w:cs="Times New Roman"/>
                <w:bCs/>
              </w:rPr>
              <w:t xml:space="preserve"> %; Cotton 35,0</w:t>
            </w:r>
            <w:r w:rsidR="00145221" w:rsidRPr="006C6F47">
              <w:rPr>
                <w:rFonts w:ascii="Times New Roman" w:hAnsi="Times New Roman" w:cs="Times New Roman"/>
              </w:rPr>
              <w:t>(±5</w:t>
            </w:r>
            <w:r w:rsidRPr="006C6F47">
              <w:rPr>
                <w:rFonts w:ascii="Times New Roman" w:hAnsi="Times New Roman" w:cs="Times New Roman"/>
              </w:rPr>
              <w:t>)</w:t>
            </w:r>
            <w:r w:rsidRPr="006C6F47">
              <w:rPr>
                <w:rFonts w:ascii="Times New Roman" w:hAnsi="Times New Roman" w:cs="Times New Roman"/>
                <w:bCs/>
              </w:rPr>
              <w:t>%;</w:t>
            </w:r>
          </w:p>
          <w:p w14:paraId="10D3814A" w14:textId="2519EBC9" w:rsidR="00F35F02" w:rsidRPr="006C6F47" w:rsidRDefault="00F35F02"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Khối lượng vả</w:t>
            </w:r>
            <w:r w:rsidR="00145221" w:rsidRPr="006C6F47">
              <w:rPr>
                <w:rFonts w:ascii="Times New Roman" w:hAnsi="Times New Roman" w:cs="Times New Roman"/>
                <w:lang w:val="nl-NL"/>
              </w:rPr>
              <w:t>i (G/M2): 160</w:t>
            </w:r>
            <w:r w:rsidRPr="006C6F47">
              <w:rPr>
                <w:rFonts w:ascii="Times New Roman" w:hAnsi="Times New Roman" w:cs="Times New Roman"/>
                <w:lang w:val="nl-NL"/>
              </w:rPr>
              <w:t xml:space="preserve"> đế</w:t>
            </w:r>
            <w:r w:rsidR="00145221" w:rsidRPr="006C6F47">
              <w:rPr>
                <w:rFonts w:ascii="Times New Roman" w:hAnsi="Times New Roman" w:cs="Times New Roman"/>
                <w:lang w:val="nl-NL"/>
              </w:rPr>
              <w:t>n 170</w:t>
            </w:r>
          </w:p>
          <w:p w14:paraId="1D13BF7D" w14:textId="1BA6081C" w:rsidR="00F35F02" w:rsidRPr="006C6F47" w:rsidRDefault="00F35F02"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Mật độ (dọc x ngang) (sợi/10 cm): chiều dọ</w:t>
            </w:r>
            <w:r w:rsidR="00145221" w:rsidRPr="006C6F47">
              <w:rPr>
                <w:rFonts w:ascii="Times New Roman" w:hAnsi="Times New Roman" w:cs="Times New Roman"/>
                <w:lang w:val="nl-NL"/>
              </w:rPr>
              <w:t>c: 270</w:t>
            </w:r>
            <w:r w:rsidRPr="006C6F47">
              <w:rPr>
                <w:rFonts w:ascii="Times New Roman" w:hAnsi="Times New Roman" w:cs="Times New Roman"/>
                <w:lang w:val="nl-NL"/>
              </w:rPr>
              <w:t xml:space="preserve"> đế</w:t>
            </w:r>
            <w:r w:rsidR="00145221" w:rsidRPr="006C6F47">
              <w:rPr>
                <w:rFonts w:ascii="Times New Roman" w:hAnsi="Times New Roman" w:cs="Times New Roman"/>
                <w:lang w:val="nl-NL"/>
              </w:rPr>
              <w:t>n 280</w:t>
            </w:r>
            <w:r w:rsidRPr="006C6F47">
              <w:rPr>
                <w:rFonts w:ascii="Times New Roman" w:hAnsi="Times New Roman" w:cs="Times New Roman"/>
                <w:lang w:val="nl-NL"/>
              </w:rPr>
              <w:t>; chiề</w:t>
            </w:r>
            <w:r w:rsidR="00145221" w:rsidRPr="006C6F47">
              <w:rPr>
                <w:rFonts w:ascii="Times New Roman" w:hAnsi="Times New Roman" w:cs="Times New Roman"/>
                <w:lang w:val="nl-NL"/>
              </w:rPr>
              <w:t>u ngang: 270</w:t>
            </w:r>
            <w:r w:rsidRPr="006C6F47">
              <w:rPr>
                <w:rFonts w:ascii="Times New Roman" w:hAnsi="Times New Roman" w:cs="Times New Roman"/>
                <w:lang w:val="nl-NL"/>
              </w:rPr>
              <w:t xml:space="preserve"> đế</w:t>
            </w:r>
            <w:r w:rsidR="00145221" w:rsidRPr="006C6F47">
              <w:rPr>
                <w:rFonts w:ascii="Times New Roman" w:hAnsi="Times New Roman" w:cs="Times New Roman"/>
                <w:lang w:val="nl-NL"/>
              </w:rPr>
              <w:t>n 280</w:t>
            </w:r>
            <w:r w:rsidRPr="006C6F47">
              <w:rPr>
                <w:rFonts w:ascii="Times New Roman" w:hAnsi="Times New Roman" w:cs="Times New Roman"/>
                <w:lang w:val="nl-NL"/>
              </w:rPr>
              <w:t>.</w:t>
            </w:r>
          </w:p>
          <w:p w14:paraId="19A5DC74" w14:textId="5D198118" w:rsidR="00F35F02" w:rsidRPr="006C6F47" w:rsidRDefault="00F35F02"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 xml:space="preserve">C: Phai màu cấp </w:t>
            </w:r>
            <w:r w:rsidR="00145221" w:rsidRPr="006C6F47">
              <w:rPr>
                <w:rFonts w:ascii="Times New Roman" w:hAnsi="Times New Roman" w:cs="Times New Roman"/>
                <w:lang w:val="nl-NL"/>
              </w:rPr>
              <w:t>4 trở lên.</w:t>
            </w:r>
          </w:p>
          <w:p w14:paraId="245BC439" w14:textId="4B91CAE0"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w:t>
            </w:r>
            <w:r w:rsidRPr="006C6F47">
              <w:rPr>
                <w:rFonts w:ascii="Times New Roman" w:hAnsi="Times New Roman" w:cs="Times New Roman"/>
                <w:b/>
                <w:lang w:val="vi-VN"/>
              </w:rPr>
              <w:t>Quần</w:t>
            </w:r>
            <w:r w:rsidRPr="006C6F47">
              <w:rPr>
                <w:rFonts w:ascii="Times New Roman" w:hAnsi="Times New Roman" w:cs="Times New Roman"/>
                <w:lang w:val="vi-VN"/>
              </w:rPr>
              <w:t>:</w:t>
            </w:r>
          </w:p>
          <w:p w14:paraId="6F838596" w14:textId="75188A47"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Chất liệu, màu sắc: Quần Nam</w:t>
            </w:r>
            <w:r w:rsidR="009D3F19">
              <w:rPr>
                <w:rFonts w:ascii="Times New Roman" w:hAnsi="Times New Roman" w:cs="Times New Roman"/>
              </w:rPr>
              <w:t xml:space="preserve"> và Nữ</w:t>
            </w:r>
            <w:r w:rsidR="009D3F19">
              <w:rPr>
                <w:rFonts w:ascii="Times New Roman" w:hAnsi="Times New Roman" w:cs="Times New Roman"/>
                <w:lang w:val="vi-VN"/>
              </w:rPr>
              <w:t>:</w:t>
            </w:r>
            <w:r w:rsidR="009D3F19">
              <w:rPr>
                <w:rFonts w:ascii="Times New Roman" w:hAnsi="Times New Roman" w:cs="Times New Roman"/>
              </w:rPr>
              <w:t xml:space="preserve"> </w:t>
            </w:r>
            <w:r w:rsidRPr="006C6F47">
              <w:rPr>
                <w:rFonts w:ascii="Times New Roman" w:hAnsi="Times New Roman" w:cs="Times New Roman"/>
                <w:lang w:val="vi-VN"/>
              </w:rPr>
              <w:t>Kaki thun màu trắng</w:t>
            </w:r>
          </w:p>
          <w:p w14:paraId="23A8C541" w14:textId="77777777"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-Kiểu dáng: Quần âu hai ly, 2 túi chéo, quần nam có 1 túi sau.</w:t>
            </w:r>
          </w:p>
          <w:p w14:paraId="36AC93FA" w14:textId="1E9BDC92" w:rsidR="001641AF" w:rsidRPr="006C6F47" w:rsidRDefault="001641AF" w:rsidP="00213121">
            <w:pPr>
              <w:shd w:val="clear" w:color="auto" w:fill="FFFFFF"/>
              <w:spacing w:after="0" w:line="240" w:lineRule="auto"/>
              <w:rPr>
                <w:rFonts w:ascii="Times New Roman" w:hAnsi="Times New Roman" w:cs="Times New Roman"/>
                <w:b/>
                <w:u w:val="single"/>
                <w:lang w:val="vi-VN"/>
              </w:rPr>
            </w:pPr>
            <w:r w:rsidRPr="006C6F47">
              <w:rPr>
                <w:rFonts w:ascii="Times New Roman" w:hAnsi="Times New Roman" w:cs="Times New Roman"/>
                <w:b/>
                <w:lang w:val="vi-VN"/>
              </w:rPr>
              <w:t>* Tiêu chuẩ</w:t>
            </w:r>
            <w:r w:rsidR="00410B5F" w:rsidRPr="006C6F47">
              <w:rPr>
                <w:rFonts w:ascii="Times New Roman" w:hAnsi="Times New Roman" w:cs="Times New Roman"/>
                <w:b/>
                <w:lang w:val="vi-VN"/>
              </w:rPr>
              <w:t xml:space="preserve">n </w:t>
            </w:r>
            <w:r w:rsidR="00410B5F" w:rsidRPr="006C6F47">
              <w:rPr>
                <w:rFonts w:ascii="Times New Roman" w:hAnsi="Times New Roman" w:cs="Times New Roman"/>
                <w:b/>
              </w:rPr>
              <w:t>chất lượng</w:t>
            </w:r>
            <w:r w:rsidRPr="006C6F47">
              <w:rPr>
                <w:rFonts w:ascii="Times New Roman" w:hAnsi="Times New Roman" w:cs="Times New Roman"/>
                <w:b/>
                <w:lang w:val="vi-VN"/>
              </w:rPr>
              <w:t xml:space="preserve"> vải Kaki thun màu trắng</w:t>
            </w:r>
            <w:r w:rsidRPr="006C6F47">
              <w:rPr>
                <w:rFonts w:ascii="Times New Roman" w:hAnsi="Times New Roman" w:cs="Times New Roman"/>
                <w:b/>
                <w:u w:val="single"/>
                <w:lang w:val="vi-VN"/>
              </w:rPr>
              <w:t>:</w:t>
            </w:r>
          </w:p>
          <w:p w14:paraId="5D614088" w14:textId="5C699425" w:rsidR="005B7A8F" w:rsidRPr="006C6F47" w:rsidRDefault="001641AF" w:rsidP="00213121">
            <w:pPr>
              <w:shd w:val="clear" w:color="auto" w:fill="FFFFFF"/>
              <w:spacing w:after="0" w:line="240" w:lineRule="auto"/>
              <w:rPr>
                <w:rFonts w:ascii="Times New Roman" w:hAnsi="Times New Roman" w:cs="Times New Roman"/>
              </w:rPr>
            </w:pPr>
            <w:r w:rsidRPr="006C6F47">
              <w:rPr>
                <w:rFonts w:ascii="Times New Roman" w:hAnsi="Times New Roman" w:cs="Times New Roman"/>
                <w:lang w:val="vi-VN"/>
              </w:rPr>
              <w:t xml:space="preserve">- </w:t>
            </w:r>
            <w:r w:rsidR="005B7A8F" w:rsidRPr="006C6F47">
              <w:rPr>
                <w:rFonts w:ascii="Times New Roman" w:hAnsi="Times New Roman" w:cs="Times New Roman"/>
                <w:bCs/>
              </w:rPr>
              <w:t xml:space="preserve"> Thành phần</w:t>
            </w:r>
            <w:r w:rsidR="005B7A8F" w:rsidRPr="006C6F47">
              <w:rPr>
                <w:rFonts w:ascii="Times New Roman" w:hAnsi="Times New Roman" w:cs="Times New Roman"/>
                <w:lang w:val="vi-VN"/>
              </w:rPr>
              <w:t>: Polyester 75%</w:t>
            </w:r>
            <w:r w:rsidR="00145221" w:rsidRPr="006C6F47">
              <w:rPr>
                <w:rFonts w:ascii="Times New Roman" w:hAnsi="Times New Roman" w:cs="Times New Roman"/>
                <w:lang w:val="vi-VN"/>
              </w:rPr>
              <w:t>(±</w:t>
            </w:r>
            <w:r w:rsidR="00145221" w:rsidRPr="006C6F47">
              <w:rPr>
                <w:rFonts w:ascii="Times New Roman" w:hAnsi="Times New Roman" w:cs="Times New Roman"/>
              </w:rPr>
              <w:t>5</w:t>
            </w:r>
            <w:r w:rsidR="005B7A8F" w:rsidRPr="006C6F47">
              <w:rPr>
                <w:rFonts w:ascii="Times New Roman" w:hAnsi="Times New Roman" w:cs="Times New Roman"/>
                <w:lang w:val="vi-VN"/>
              </w:rPr>
              <w:t xml:space="preserve">);  Rayon 21% </w:t>
            </w:r>
            <w:r w:rsidR="00145221" w:rsidRPr="006C6F47">
              <w:rPr>
                <w:rFonts w:ascii="Times New Roman" w:hAnsi="Times New Roman" w:cs="Times New Roman"/>
                <w:lang w:val="vi-VN"/>
              </w:rPr>
              <w:t>(±</w:t>
            </w:r>
            <w:r w:rsidR="00145221" w:rsidRPr="006C6F47">
              <w:rPr>
                <w:rFonts w:ascii="Times New Roman" w:hAnsi="Times New Roman" w:cs="Times New Roman"/>
              </w:rPr>
              <w:t>5</w:t>
            </w:r>
            <w:r w:rsidR="00145221" w:rsidRPr="006C6F47">
              <w:rPr>
                <w:rFonts w:ascii="Times New Roman" w:hAnsi="Times New Roman" w:cs="Times New Roman"/>
                <w:lang w:val="vi-VN"/>
              </w:rPr>
              <w:t>); Spandex 2%(±</w:t>
            </w:r>
            <w:r w:rsidR="00145221" w:rsidRPr="006C6F47">
              <w:rPr>
                <w:rFonts w:ascii="Times New Roman" w:hAnsi="Times New Roman" w:cs="Times New Roman"/>
              </w:rPr>
              <w:t>5</w:t>
            </w:r>
            <w:r w:rsidR="005B7A8F" w:rsidRPr="006C6F47">
              <w:rPr>
                <w:rFonts w:ascii="Times New Roman" w:hAnsi="Times New Roman" w:cs="Times New Roman"/>
                <w:lang w:val="vi-VN"/>
              </w:rPr>
              <w:t>).</w:t>
            </w:r>
          </w:p>
          <w:p w14:paraId="15B5AE72" w14:textId="596537BE" w:rsidR="001641AF" w:rsidRPr="006C6F47" w:rsidRDefault="0068371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rPr>
              <w:t xml:space="preserve">- </w:t>
            </w:r>
            <w:r w:rsidR="001641AF" w:rsidRPr="006C6F47">
              <w:rPr>
                <w:rFonts w:ascii="Times New Roman" w:hAnsi="Times New Roman" w:cs="Times New Roman"/>
                <w:lang w:val="vi-VN"/>
              </w:rPr>
              <w:t>Khối lượng vải (G/M2): 24</w:t>
            </w:r>
            <w:r w:rsidR="00145221" w:rsidRPr="006C6F47">
              <w:rPr>
                <w:rFonts w:ascii="Times New Roman" w:hAnsi="Times New Roman" w:cs="Times New Roman"/>
              </w:rPr>
              <w:t xml:space="preserve">0 </w:t>
            </w:r>
            <w:r w:rsidR="001641AF" w:rsidRPr="006C6F47">
              <w:rPr>
                <w:rFonts w:ascii="Times New Roman" w:hAnsi="Times New Roman" w:cs="Times New Roman"/>
                <w:lang w:val="vi-VN"/>
              </w:rPr>
              <w:t>đến 2</w:t>
            </w:r>
            <w:r w:rsidR="00145221" w:rsidRPr="006C6F47">
              <w:rPr>
                <w:rFonts w:ascii="Times New Roman" w:hAnsi="Times New Roman" w:cs="Times New Roman"/>
              </w:rPr>
              <w:t>50</w:t>
            </w:r>
            <w:r w:rsidR="001641AF" w:rsidRPr="006C6F47">
              <w:rPr>
                <w:rFonts w:ascii="Times New Roman" w:hAnsi="Times New Roman" w:cs="Times New Roman"/>
                <w:lang w:val="vi-VN"/>
              </w:rPr>
              <w:t>.</w:t>
            </w:r>
          </w:p>
          <w:p w14:paraId="625BA503" w14:textId="1B1847DF" w:rsidR="001641AF" w:rsidRPr="006C6F47" w:rsidRDefault="001641AF" w:rsidP="00213121">
            <w:pPr>
              <w:shd w:val="clear" w:color="auto" w:fill="FFFFFF"/>
              <w:spacing w:after="0" w:line="240" w:lineRule="auto"/>
              <w:rPr>
                <w:rFonts w:ascii="Times New Roman" w:hAnsi="Times New Roman" w:cs="Times New Roman"/>
              </w:rPr>
            </w:pPr>
            <w:r w:rsidRPr="006C6F47">
              <w:rPr>
                <w:rFonts w:ascii="Times New Roman" w:hAnsi="Times New Roman" w:cs="Times New Roman"/>
                <w:lang w:val="vi-VN"/>
              </w:rPr>
              <w:t>- Mật độ vải (dọc x ngang) (sợi/10cm): chiều dọ</w:t>
            </w:r>
            <w:r w:rsidR="00145221" w:rsidRPr="006C6F47">
              <w:rPr>
                <w:rFonts w:ascii="Times New Roman" w:hAnsi="Times New Roman" w:cs="Times New Roman"/>
                <w:lang w:val="vi-VN"/>
              </w:rPr>
              <w:t>c 45</w:t>
            </w:r>
            <w:r w:rsidR="00145221" w:rsidRPr="006C6F47">
              <w:rPr>
                <w:rFonts w:ascii="Times New Roman" w:hAnsi="Times New Roman" w:cs="Times New Roman"/>
              </w:rPr>
              <w:t>0</w:t>
            </w:r>
            <w:r w:rsidRPr="006C6F47">
              <w:rPr>
                <w:rFonts w:ascii="Times New Roman" w:hAnsi="Times New Roman" w:cs="Times New Roman"/>
                <w:lang w:val="vi-VN"/>
              </w:rPr>
              <w:t xml:space="preserve"> đế</w:t>
            </w:r>
            <w:r w:rsidR="00145221" w:rsidRPr="006C6F47">
              <w:rPr>
                <w:rFonts w:ascii="Times New Roman" w:hAnsi="Times New Roman" w:cs="Times New Roman"/>
                <w:lang w:val="vi-VN"/>
              </w:rPr>
              <w:t>n 4</w:t>
            </w:r>
            <w:r w:rsidR="00145221" w:rsidRPr="006C6F47">
              <w:rPr>
                <w:rFonts w:ascii="Times New Roman" w:hAnsi="Times New Roman" w:cs="Times New Roman"/>
              </w:rPr>
              <w:t>70</w:t>
            </w:r>
            <w:r w:rsidRPr="006C6F47">
              <w:rPr>
                <w:rFonts w:ascii="Times New Roman" w:hAnsi="Times New Roman" w:cs="Times New Roman"/>
                <w:lang w:val="vi-VN"/>
              </w:rPr>
              <w:t>; chiề</w:t>
            </w:r>
            <w:r w:rsidR="00145221" w:rsidRPr="006C6F47">
              <w:rPr>
                <w:rFonts w:ascii="Times New Roman" w:hAnsi="Times New Roman" w:cs="Times New Roman"/>
                <w:lang w:val="vi-VN"/>
              </w:rPr>
              <w:t>u ngang 33</w:t>
            </w:r>
            <w:r w:rsidR="00145221" w:rsidRPr="006C6F47">
              <w:rPr>
                <w:rFonts w:ascii="Times New Roman" w:hAnsi="Times New Roman" w:cs="Times New Roman"/>
              </w:rPr>
              <w:t>0</w:t>
            </w:r>
            <w:r w:rsidRPr="006C6F47">
              <w:rPr>
                <w:rFonts w:ascii="Times New Roman" w:hAnsi="Times New Roman" w:cs="Times New Roman"/>
                <w:lang w:val="vi-VN"/>
              </w:rPr>
              <w:t xml:space="preserve"> đế</w:t>
            </w:r>
            <w:r w:rsidR="00145221" w:rsidRPr="006C6F47">
              <w:rPr>
                <w:rFonts w:ascii="Times New Roman" w:hAnsi="Times New Roman" w:cs="Times New Roman"/>
                <w:lang w:val="vi-VN"/>
              </w:rPr>
              <w:t>n 3</w:t>
            </w:r>
            <w:r w:rsidR="00145221" w:rsidRPr="006C6F47">
              <w:rPr>
                <w:rFonts w:ascii="Times New Roman" w:hAnsi="Times New Roman" w:cs="Times New Roman"/>
              </w:rPr>
              <w:t>40</w:t>
            </w:r>
            <w:r w:rsidRPr="006C6F47">
              <w:rPr>
                <w:rFonts w:ascii="Times New Roman" w:hAnsi="Times New Roman" w:cs="Times New Roman"/>
                <w:lang w:val="vi-VN"/>
              </w:rPr>
              <w:t>.</w:t>
            </w:r>
          </w:p>
          <w:p w14:paraId="70D6511C" w14:textId="7A772D1C" w:rsidR="001641AF" w:rsidRPr="006C6F47" w:rsidRDefault="001641AF" w:rsidP="00213121">
            <w:pPr>
              <w:shd w:val="clear" w:color="auto" w:fill="FFFFFF"/>
              <w:spacing w:after="0" w:line="240" w:lineRule="auto"/>
              <w:rPr>
                <w:rFonts w:ascii="Times New Roman" w:hAnsi="Times New Roman" w:cs="Times New Roman"/>
              </w:rPr>
            </w:pPr>
            <w:r w:rsidRPr="006C6F47">
              <w:rPr>
                <w:rFonts w:ascii="Times New Roman" w:hAnsi="Times New Roman" w:cs="Times New Roman"/>
                <w:lang w:val="vi-VN"/>
              </w:rPr>
              <w:t>- Độ bền màu giặt ở 40</w:t>
            </w:r>
            <w:r w:rsidRPr="006C6F47">
              <w:rPr>
                <w:rFonts w:ascii="Times New Roman" w:hAnsi="Times New Roman" w:cs="Times New Roman"/>
                <w:vertAlign w:val="superscript"/>
                <w:lang w:val="vi-VN"/>
              </w:rPr>
              <w:t>0</w:t>
            </w:r>
            <w:r w:rsidRPr="006C6F47">
              <w:rPr>
                <w:rFonts w:ascii="Times New Roman" w:hAnsi="Times New Roman" w:cs="Times New Roman"/>
                <w:lang w:val="vi-VN"/>
              </w:rPr>
              <w:t>C: Phai màu cấ</w:t>
            </w:r>
            <w:r w:rsidR="00145221" w:rsidRPr="006C6F47">
              <w:rPr>
                <w:rFonts w:ascii="Times New Roman" w:hAnsi="Times New Roman" w:cs="Times New Roman"/>
                <w:lang w:val="vi-VN"/>
              </w:rPr>
              <w:t>p 4</w:t>
            </w:r>
            <w:r w:rsidR="00145221" w:rsidRPr="006C6F47">
              <w:rPr>
                <w:rFonts w:ascii="Times New Roman" w:hAnsi="Times New Roman" w:cs="Times New Roman"/>
              </w:rPr>
              <w:t xml:space="preserve"> trở lên</w:t>
            </w:r>
          </w:p>
          <w:p w14:paraId="67A0FD56" w14:textId="0D89F34E"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b/>
                <w:lang w:val="vi-VN"/>
              </w:rPr>
              <w:t>Nón: Theo màu sắc của áo.</w:t>
            </w:r>
          </w:p>
        </w:tc>
        <w:tc>
          <w:tcPr>
            <w:tcW w:w="765" w:type="dxa"/>
            <w:vAlign w:val="center"/>
          </w:tcPr>
          <w:p w14:paraId="0A506A30" w14:textId="77777777" w:rsidR="001641AF" w:rsidRPr="006C6F47" w:rsidRDefault="001641AF" w:rsidP="006C6F47">
            <w:pPr>
              <w:widowControl w:val="0"/>
              <w:spacing w:after="0" w:line="240" w:lineRule="auto"/>
              <w:jc w:val="center"/>
              <w:rPr>
                <w:rFonts w:ascii="Times New Roman" w:hAnsi="Times New Roman" w:cs="Times New Roman"/>
                <w:iCs/>
                <w:lang w:val="nl-NL"/>
              </w:rPr>
            </w:pPr>
            <w:r w:rsidRPr="006C6F47">
              <w:rPr>
                <w:rFonts w:ascii="Times New Roman" w:hAnsi="Times New Roman" w:cs="Times New Roman"/>
              </w:rPr>
              <w:t>Bộ</w:t>
            </w:r>
          </w:p>
        </w:tc>
        <w:tc>
          <w:tcPr>
            <w:tcW w:w="1272" w:type="dxa"/>
            <w:vAlign w:val="center"/>
          </w:tcPr>
          <w:p w14:paraId="4A0660EB" w14:textId="795BAE4D" w:rsidR="001641AF" w:rsidRPr="006C6F47" w:rsidRDefault="001641AF" w:rsidP="006C6F47">
            <w:pPr>
              <w:spacing w:after="0" w:line="240" w:lineRule="auto"/>
              <w:jc w:val="center"/>
              <w:rPr>
                <w:rFonts w:ascii="Times New Roman" w:hAnsi="Times New Roman" w:cs="Times New Roman"/>
              </w:rPr>
            </w:pPr>
            <w:r w:rsidRPr="006C6F47">
              <w:rPr>
                <w:rFonts w:ascii="Times New Roman" w:hAnsi="Times New Roman" w:cs="Times New Roman"/>
              </w:rPr>
              <w:t>120</w:t>
            </w:r>
          </w:p>
        </w:tc>
      </w:tr>
      <w:tr w:rsidR="006C6F47" w:rsidRPr="006C6F47" w14:paraId="7879AB62" w14:textId="77777777" w:rsidTr="00213121">
        <w:trPr>
          <w:trHeight w:val="552"/>
        </w:trPr>
        <w:tc>
          <w:tcPr>
            <w:tcW w:w="709" w:type="dxa"/>
            <w:vAlign w:val="center"/>
          </w:tcPr>
          <w:p w14:paraId="136B055A" w14:textId="77777777" w:rsidR="001641AF" w:rsidRPr="006C6F47" w:rsidRDefault="001641AF" w:rsidP="006C6F47">
            <w:pPr>
              <w:pStyle w:val="ListParagraph"/>
              <w:widowControl w:val="0"/>
              <w:spacing w:after="0" w:line="240" w:lineRule="auto"/>
              <w:ind w:left="0"/>
              <w:jc w:val="center"/>
              <w:rPr>
                <w:rFonts w:ascii="Times New Roman" w:hAnsi="Times New Roman" w:cs="Times New Roman"/>
                <w:iCs/>
                <w:lang w:val="nl-NL"/>
              </w:rPr>
            </w:pPr>
            <w:r w:rsidRPr="006C6F47">
              <w:rPr>
                <w:rFonts w:ascii="Times New Roman" w:hAnsi="Times New Roman" w:cs="Times New Roman"/>
                <w:iCs/>
                <w:lang w:val="nl-NL"/>
              </w:rPr>
              <w:t>5</w:t>
            </w:r>
          </w:p>
        </w:tc>
        <w:tc>
          <w:tcPr>
            <w:tcW w:w="1843" w:type="dxa"/>
            <w:vAlign w:val="center"/>
          </w:tcPr>
          <w:p w14:paraId="0BB8FE07" w14:textId="77777777" w:rsidR="001641AF" w:rsidRPr="006C6F47" w:rsidRDefault="001641AF" w:rsidP="006C6F47">
            <w:pPr>
              <w:spacing w:after="0" w:line="240" w:lineRule="auto"/>
              <w:jc w:val="center"/>
              <w:rPr>
                <w:rFonts w:ascii="Times New Roman" w:hAnsi="Times New Roman" w:cs="Times New Roman"/>
                <w:lang w:val="nl-NL"/>
              </w:rPr>
            </w:pPr>
            <w:r w:rsidRPr="006C6F47">
              <w:rPr>
                <w:rFonts w:ascii="Times New Roman" w:hAnsi="Times New Roman" w:cs="Times New Roman"/>
                <w:lang w:val="nl-NL"/>
              </w:rPr>
              <w:t>Trang phục Điều dưỡng (Nam và nữ)</w:t>
            </w:r>
          </w:p>
        </w:tc>
        <w:tc>
          <w:tcPr>
            <w:tcW w:w="5759" w:type="dxa"/>
          </w:tcPr>
          <w:p w14:paraId="6A3E54E5" w14:textId="0047C125"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w:t>
            </w:r>
            <w:r w:rsidRPr="006C6F47">
              <w:rPr>
                <w:rFonts w:ascii="Times New Roman" w:hAnsi="Times New Roman" w:cs="Times New Roman"/>
                <w:b/>
                <w:lang w:val="nl-NL"/>
              </w:rPr>
              <w:t>Áo:</w:t>
            </w:r>
          </w:p>
          <w:p w14:paraId="744BD23E" w14:textId="77777777"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Chất liệu, màu sắc: Kate ford màu trắng</w:t>
            </w:r>
          </w:p>
          <w:p w14:paraId="1BCD9ACC" w14:textId="77777777"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-Kiểu dáng: Áo cổ 2 ve, cài cúc giữa, dài tay hoặc ngắn tay, chiều dài áo ngang mông, phía trước có 2 túi hình chữ nhật…</w:t>
            </w:r>
          </w:p>
          <w:p w14:paraId="39B84AC4" w14:textId="77777777"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Túi áo, tay áo và cổ áo có viền xanh dương, viền rộng 0,5 cm.</w:t>
            </w:r>
          </w:p>
          <w:p w14:paraId="6E19260E" w14:textId="5BC958B2" w:rsidR="001641AF" w:rsidRPr="006C6F47" w:rsidRDefault="001641AF" w:rsidP="00213121">
            <w:pPr>
              <w:shd w:val="clear" w:color="auto" w:fill="FFFFFF"/>
              <w:spacing w:after="0" w:line="240" w:lineRule="auto"/>
              <w:rPr>
                <w:rFonts w:ascii="Times New Roman" w:hAnsi="Times New Roman" w:cs="Times New Roman"/>
                <w:b/>
                <w:lang w:val="nl-NL"/>
              </w:rPr>
            </w:pPr>
            <w:r w:rsidRPr="006C6F47">
              <w:rPr>
                <w:rFonts w:ascii="Times New Roman" w:hAnsi="Times New Roman" w:cs="Times New Roman"/>
                <w:b/>
                <w:lang w:val="nl-NL"/>
              </w:rPr>
              <w:t>* Tiêu chuẩ</w:t>
            </w:r>
            <w:r w:rsidR="00410B5F" w:rsidRPr="006C6F47">
              <w:rPr>
                <w:rFonts w:ascii="Times New Roman" w:hAnsi="Times New Roman" w:cs="Times New Roman"/>
                <w:b/>
                <w:lang w:val="nl-NL"/>
              </w:rPr>
              <w:t xml:space="preserve">n chất lượng </w:t>
            </w:r>
            <w:r w:rsidRPr="006C6F47">
              <w:rPr>
                <w:rFonts w:ascii="Times New Roman" w:hAnsi="Times New Roman" w:cs="Times New Roman"/>
                <w:b/>
                <w:lang w:val="nl-NL"/>
              </w:rPr>
              <w:t>vải:</w:t>
            </w:r>
          </w:p>
          <w:p w14:paraId="5F5D9238" w14:textId="565C7D9B" w:rsidR="005B7A8F" w:rsidRPr="006C6F47" w:rsidRDefault="005B7A8F" w:rsidP="00213121">
            <w:pPr>
              <w:shd w:val="clear" w:color="auto" w:fill="FFFFFF"/>
              <w:spacing w:after="0" w:line="240" w:lineRule="auto"/>
              <w:rPr>
                <w:rFonts w:ascii="Times New Roman" w:hAnsi="Times New Roman" w:cs="Times New Roman"/>
                <w:b/>
              </w:rPr>
            </w:pPr>
            <w:r w:rsidRPr="006C6F47">
              <w:rPr>
                <w:rFonts w:ascii="Times New Roman" w:hAnsi="Times New Roman" w:cs="Times New Roman"/>
                <w:b/>
              </w:rPr>
              <w:t xml:space="preserve">- </w:t>
            </w:r>
            <w:r w:rsidRPr="006C6F47">
              <w:rPr>
                <w:rFonts w:ascii="Times New Roman" w:hAnsi="Times New Roman" w:cs="Times New Roman"/>
                <w:bCs/>
              </w:rPr>
              <w:t>Thành phần: Polyester 65,0</w:t>
            </w:r>
            <w:r w:rsidR="00145221" w:rsidRPr="006C6F47">
              <w:rPr>
                <w:rFonts w:ascii="Times New Roman" w:hAnsi="Times New Roman" w:cs="Times New Roman"/>
              </w:rPr>
              <w:t>(±5</w:t>
            </w:r>
            <w:r w:rsidRPr="006C6F47">
              <w:rPr>
                <w:rFonts w:ascii="Times New Roman" w:hAnsi="Times New Roman" w:cs="Times New Roman"/>
              </w:rPr>
              <w:t>)</w:t>
            </w:r>
            <w:r w:rsidRPr="006C6F47">
              <w:rPr>
                <w:rFonts w:ascii="Times New Roman" w:hAnsi="Times New Roman" w:cs="Times New Roman"/>
                <w:bCs/>
              </w:rPr>
              <w:t xml:space="preserve"> %; Cotton 35,0</w:t>
            </w:r>
            <w:r w:rsidR="00145221" w:rsidRPr="006C6F47">
              <w:rPr>
                <w:rFonts w:ascii="Times New Roman" w:hAnsi="Times New Roman" w:cs="Times New Roman"/>
              </w:rPr>
              <w:t>(±5</w:t>
            </w:r>
            <w:r w:rsidRPr="006C6F47">
              <w:rPr>
                <w:rFonts w:ascii="Times New Roman" w:hAnsi="Times New Roman" w:cs="Times New Roman"/>
              </w:rPr>
              <w:t>)</w:t>
            </w:r>
            <w:r w:rsidRPr="006C6F47">
              <w:rPr>
                <w:rFonts w:ascii="Times New Roman" w:hAnsi="Times New Roman" w:cs="Times New Roman"/>
                <w:bCs/>
              </w:rPr>
              <w:t>%;</w:t>
            </w:r>
          </w:p>
          <w:p w14:paraId="23BF57C5" w14:textId="354B7C79" w:rsidR="005B7A8F" w:rsidRPr="006C6F47" w:rsidRDefault="005B7A8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Khối lượng vả</w:t>
            </w:r>
            <w:r w:rsidR="00145221" w:rsidRPr="006C6F47">
              <w:rPr>
                <w:rFonts w:ascii="Times New Roman" w:hAnsi="Times New Roman" w:cs="Times New Roman"/>
                <w:lang w:val="nl-NL"/>
              </w:rPr>
              <w:t>i (G/M2): 160</w:t>
            </w:r>
            <w:r w:rsidRPr="006C6F47">
              <w:rPr>
                <w:rFonts w:ascii="Times New Roman" w:hAnsi="Times New Roman" w:cs="Times New Roman"/>
                <w:lang w:val="nl-NL"/>
              </w:rPr>
              <w:t xml:space="preserve"> đế</w:t>
            </w:r>
            <w:r w:rsidR="00145221" w:rsidRPr="006C6F47">
              <w:rPr>
                <w:rFonts w:ascii="Times New Roman" w:hAnsi="Times New Roman" w:cs="Times New Roman"/>
                <w:lang w:val="nl-NL"/>
              </w:rPr>
              <w:t>n 170</w:t>
            </w:r>
          </w:p>
          <w:p w14:paraId="7E96E9D8" w14:textId="2BF30DA4" w:rsidR="005B7A8F" w:rsidRPr="006C6F47" w:rsidRDefault="005B7A8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Mật độ (dọc x ngang) (sợi/10 cm): chiều dọ</w:t>
            </w:r>
            <w:r w:rsidR="00145221" w:rsidRPr="006C6F47">
              <w:rPr>
                <w:rFonts w:ascii="Times New Roman" w:hAnsi="Times New Roman" w:cs="Times New Roman"/>
                <w:lang w:val="nl-NL"/>
              </w:rPr>
              <w:t>c: 270</w:t>
            </w:r>
            <w:r w:rsidRPr="006C6F47">
              <w:rPr>
                <w:rFonts w:ascii="Times New Roman" w:hAnsi="Times New Roman" w:cs="Times New Roman"/>
                <w:lang w:val="nl-NL"/>
              </w:rPr>
              <w:t xml:space="preserve"> đế</w:t>
            </w:r>
            <w:r w:rsidR="00145221" w:rsidRPr="006C6F47">
              <w:rPr>
                <w:rFonts w:ascii="Times New Roman" w:hAnsi="Times New Roman" w:cs="Times New Roman"/>
                <w:lang w:val="nl-NL"/>
              </w:rPr>
              <w:t>n 280</w:t>
            </w:r>
            <w:r w:rsidRPr="006C6F47">
              <w:rPr>
                <w:rFonts w:ascii="Times New Roman" w:hAnsi="Times New Roman" w:cs="Times New Roman"/>
                <w:lang w:val="nl-NL"/>
              </w:rPr>
              <w:t xml:space="preserve">; </w:t>
            </w:r>
            <w:r w:rsidRPr="006C6F47">
              <w:rPr>
                <w:rFonts w:ascii="Times New Roman" w:hAnsi="Times New Roman" w:cs="Times New Roman"/>
                <w:lang w:val="nl-NL"/>
              </w:rPr>
              <w:lastRenderedPageBreak/>
              <w:t>chiề</w:t>
            </w:r>
            <w:r w:rsidR="00145221" w:rsidRPr="006C6F47">
              <w:rPr>
                <w:rFonts w:ascii="Times New Roman" w:hAnsi="Times New Roman" w:cs="Times New Roman"/>
                <w:lang w:val="nl-NL"/>
              </w:rPr>
              <w:t>u ngang: 270</w:t>
            </w:r>
            <w:r w:rsidRPr="006C6F47">
              <w:rPr>
                <w:rFonts w:ascii="Times New Roman" w:hAnsi="Times New Roman" w:cs="Times New Roman"/>
                <w:lang w:val="nl-NL"/>
              </w:rPr>
              <w:t xml:space="preserve"> đế</w:t>
            </w:r>
            <w:r w:rsidR="00145221" w:rsidRPr="006C6F47">
              <w:rPr>
                <w:rFonts w:ascii="Times New Roman" w:hAnsi="Times New Roman" w:cs="Times New Roman"/>
                <w:lang w:val="nl-NL"/>
              </w:rPr>
              <w:t>n 280</w:t>
            </w:r>
            <w:r w:rsidRPr="006C6F47">
              <w:rPr>
                <w:rFonts w:ascii="Times New Roman" w:hAnsi="Times New Roman" w:cs="Times New Roman"/>
                <w:lang w:val="nl-NL"/>
              </w:rPr>
              <w:t>.</w:t>
            </w:r>
          </w:p>
          <w:p w14:paraId="7E95F608" w14:textId="372338A0" w:rsidR="005B7A8F" w:rsidRPr="006C6F47" w:rsidRDefault="005B7A8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C: Phai màu cấ</w:t>
            </w:r>
            <w:r w:rsidR="00145221" w:rsidRPr="006C6F47">
              <w:rPr>
                <w:rFonts w:ascii="Times New Roman" w:hAnsi="Times New Roman" w:cs="Times New Roman"/>
                <w:lang w:val="nl-NL"/>
              </w:rPr>
              <w:t>p 4 trở lên</w:t>
            </w:r>
          </w:p>
          <w:p w14:paraId="4C3E58FC" w14:textId="265F24B2"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w:t>
            </w:r>
            <w:r w:rsidRPr="006C6F47">
              <w:rPr>
                <w:rFonts w:ascii="Times New Roman" w:hAnsi="Times New Roman" w:cs="Times New Roman"/>
                <w:b/>
                <w:lang w:val="vi-VN"/>
              </w:rPr>
              <w:t>Quần</w:t>
            </w:r>
            <w:r w:rsidRPr="006C6F47">
              <w:rPr>
                <w:rFonts w:ascii="Times New Roman" w:hAnsi="Times New Roman" w:cs="Times New Roman"/>
                <w:lang w:val="vi-VN"/>
              </w:rPr>
              <w:t>:</w:t>
            </w:r>
          </w:p>
          <w:p w14:paraId="0EE8A2A7" w14:textId="472D7280"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Chất liệu, màu sắc: Quầ</w:t>
            </w:r>
            <w:r w:rsidR="009D3F19">
              <w:rPr>
                <w:rFonts w:ascii="Times New Roman" w:hAnsi="Times New Roman" w:cs="Times New Roman"/>
                <w:lang w:val="vi-VN"/>
              </w:rPr>
              <w:t>n Nam</w:t>
            </w:r>
            <w:r w:rsidR="009D3F19">
              <w:rPr>
                <w:rFonts w:ascii="Times New Roman" w:hAnsi="Times New Roman" w:cs="Times New Roman"/>
              </w:rPr>
              <w:t xml:space="preserve"> và N</w:t>
            </w:r>
            <w:r w:rsidRPr="006C6F47">
              <w:rPr>
                <w:rFonts w:ascii="Times New Roman" w:hAnsi="Times New Roman" w:cs="Times New Roman"/>
                <w:lang w:val="vi-VN"/>
              </w:rPr>
              <w:t>ữ: Kaki thun màu trắng</w:t>
            </w:r>
          </w:p>
          <w:p w14:paraId="0DB491C0" w14:textId="77777777"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-Kiểu dáng: Quần âu hai ly, 2 túi chéo, quần nam có 1 túi sau.</w:t>
            </w:r>
          </w:p>
          <w:p w14:paraId="59DB6E29" w14:textId="337AB427" w:rsidR="001641AF" w:rsidRPr="006C6F47" w:rsidRDefault="009D3F19" w:rsidP="00213121">
            <w:pPr>
              <w:shd w:val="clear" w:color="auto" w:fill="FFFFFF"/>
              <w:spacing w:after="0" w:line="240" w:lineRule="auto"/>
              <w:rPr>
                <w:rFonts w:ascii="Times New Roman" w:hAnsi="Times New Roman" w:cs="Times New Roman"/>
                <w:b/>
                <w:lang w:val="vi-VN"/>
              </w:rPr>
            </w:pPr>
            <w:r>
              <w:rPr>
                <w:rFonts w:ascii="Times New Roman" w:hAnsi="Times New Roman" w:cs="Times New Roman"/>
                <w:b/>
                <w:lang w:val="vi-VN"/>
              </w:rPr>
              <w:t>*</w:t>
            </w:r>
            <w:r w:rsidR="001641AF" w:rsidRPr="006C6F47">
              <w:rPr>
                <w:rFonts w:ascii="Times New Roman" w:hAnsi="Times New Roman" w:cs="Times New Roman"/>
                <w:b/>
                <w:lang w:val="vi-VN"/>
              </w:rPr>
              <w:t>Tiêu chuẩ</w:t>
            </w:r>
            <w:r w:rsidR="00410B5F" w:rsidRPr="006C6F47">
              <w:rPr>
                <w:rFonts w:ascii="Times New Roman" w:hAnsi="Times New Roman" w:cs="Times New Roman"/>
                <w:b/>
                <w:lang w:val="vi-VN"/>
              </w:rPr>
              <w:t xml:space="preserve">n </w:t>
            </w:r>
            <w:r w:rsidR="00410B5F" w:rsidRPr="006C6F47">
              <w:rPr>
                <w:rFonts w:ascii="Times New Roman" w:hAnsi="Times New Roman" w:cs="Times New Roman"/>
                <w:b/>
              </w:rPr>
              <w:t xml:space="preserve">chất lượng </w:t>
            </w:r>
            <w:r w:rsidR="001641AF" w:rsidRPr="006C6F47">
              <w:rPr>
                <w:rFonts w:ascii="Times New Roman" w:hAnsi="Times New Roman" w:cs="Times New Roman"/>
                <w:b/>
                <w:lang w:val="vi-VN"/>
              </w:rPr>
              <w:t>vải Kaki thun màu trắng:</w:t>
            </w:r>
          </w:p>
          <w:p w14:paraId="52326F9C" w14:textId="0A331738" w:rsidR="005B7A8F" w:rsidRPr="006C6F47" w:rsidRDefault="001641AF" w:rsidP="00213121">
            <w:pPr>
              <w:shd w:val="clear" w:color="auto" w:fill="FFFFFF"/>
              <w:spacing w:after="0" w:line="240" w:lineRule="auto"/>
              <w:rPr>
                <w:rFonts w:ascii="Times New Roman" w:hAnsi="Times New Roman" w:cs="Times New Roman"/>
              </w:rPr>
            </w:pPr>
            <w:r w:rsidRPr="006C6F47">
              <w:rPr>
                <w:rFonts w:ascii="Times New Roman" w:hAnsi="Times New Roman" w:cs="Times New Roman"/>
                <w:lang w:val="vi-VN"/>
              </w:rPr>
              <w:t xml:space="preserve">- </w:t>
            </w:r>
            <w:r w:rsidR="005B7A8F" w:rsidRPr="006C6F47">
              <w:rPr>
                <w:rFonts w:ascii="Times New Roman" w:hAnsi="Times New Roman" w:cs="Times New Roman"/>
                <w:bCs/>
              </w:rPr>
              <w:t>Thành phần</w:t>
            </w:r>
            <w:r w:rsidR="005B7A8F" w:rsidRPr="006C6F47">
              <w:rPr>
                <w:rFonts w:ascii="Times New Roman" w:hAnsi="Times New Roman" w:cs="Times New Roman"/>
                <w:lang w:val="vi-VN"/>
              </w:rPr>
              <w:t>: Polyester 75%</w:t>
            </w:r>
            <w:r w:rsidR="00145221" w:rsidRPr="006C6F47">
              <w:rPr>
                <w:rFonts w:ascii="Times New Roman" w:hAnsi="Times New Roman" w:cs="Times New Roman"/>
                <w:lang w:val="vi-VN"/>
              </w:rPr>
              <w:t>(±</w:t>
            </w:r>
            <w:r w:rsidR="00145221" w:rsidRPr="006C6F47">
              <w:rPr>
                <w:rFonts w:ascii="Times New Roman" w:hAnsi="Times New Roman" w:cs="Times New Roman"/>
              </w:rPr>
              <w:t>5</w:t>
            </w:r>
            <w:r w:rsidR="005B7A8F" w:rsidRPr="006C6F47">
              <w:rPr>
                <w:rFonts w:ascii="Times New Roman" w:hAnsi="Times New Roman" w:cs="Times New Roman"/>
                <w:lang w:val="vi-VN"/>
              </w:rPr>
              <w:t xml:space="preserve">);  Rayon 21% </w:t>
            </w:r>
            <w:r w:rsidR="00145221" w:rsidRPr="006C6F47">
              <w:rPr>
                <w:rFonts w:ascii="Times New Roman" w:hAnsi="Times New Roman" w:cs="Times New Roman"/>
                <w:lang w:val="vi-VN"/>
              </w:rPr>
              <w:t>(±</w:t>
            </w:r>
            <w:r w:rsidR="00145221" w:rsidRPr="006C6F47">
              <w:rPr>
                <w:rFonts w:ascii="Times New Roman" w:hAnsi="Times New Roman" w:cs="Times New Roman"/>
              </w:rPr>
              <w:t>5</w:t>
            </w:r>
            <w:r w:rsidR="00145221" w:rsidRPr="006C6F47">
              <w:rPr>
                <w:rFonts w:ascii="Times New Roman" w:hAnsi="Times New Roman" w:cs="Times New Roman"/>
                <w:lang w:val="vi-VN"/>
              </w:rPr>
              <w:t>); Spandex 2%(±</w:t>
            </w:r>
            <w:r w:rsidR="00145221" w:rsidRPr="006C6F47">
              <w:rPr>
                <w:rFonts w:ascii="Times New Roman" w:hAnsi="Times New Roman" w:cs="Times New Roman"/>
              </w:rPr>
              <w:t>5</w:t>
            </w:r>
            <w:r w:rsidR="005B7A8F" w:rsidRPr="006C6F47">
              <w:rPr>
                <w:rFonts w:ascii="Times New Roman" w:hAnsi="Times New Roman" w:cs="Times New Roman"/>
                <w:lang w:val="vi-VN"/>
              </w:rPr>
              <w:t>).</w:t>
            </w:r>
          </w:p>
          <w:p w14:paraId="521E1387" w14:textId="650E7524" w:rsidR="001641AF" w:rsidRPr="006C6F47" w:rsidRDefault="005B7A8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rPr>
              <w:t xml:space="preserve">- </w:t>
            </w:r>
            <w:r w:rsidR="001641AF" w:rsidRPr="006C6F47">
              <w:rPr>
                <w:rFonts w:ascii="Times New Roman" w:hAnsi="Times New Roman" w:cs="Times New Roman"/>
                <w:lang w:val="vi-VN"/>
              </w:rPr>
              <w:t>Khối lượng vải (G/M2): 24</w:t>
            </w:r>
            <w:r w:rsidR="00145221" w:rsidRPr="006C6F47">
              <w:rPr>
                <w:rFonts w:ascii="Times New Roman" w:hAnsi="Times New Roman" w:cs="Times New Roman"/>
              </w:rPr>
              <w:t>0</w:t>
            </w:r>
            <w:r w:rsidR="001641AF" w:rsidRPr="006C6F47">
              <w:rPr>
                <w:rFonts w:ascii="Times New Roman" w:hAnsi="Times New Roman" w:cs="Times New Roman"/>
                <w:lang w:val="vi-VN"/>
              </w:rPr>
              <w:t xml:space="preserve"> đến 2</w:t>
            </w:r>
            <w:r w:rsidR="00145221" w:rsidRPr="006C6F47">
              <w:rPr>
                <w:rFonts w:ascii="Times New Roman" w:hAnsi="Times New Roman" w:cs="Times New Roman"/>
              </w:rPr>
              <w:t>50</w:t>
            </w:r>
            <w:r w:rsidR="001641AF" w:rsidRPr="006C6F47">
              <w:rPr>
                <w:rFonts w:ascii="Times New Roman" w:hAnsi="Times New Roman" w:cs="Times New Roman"/>
                <w:lang w:val="vi-VN"/>
              </w:rPr>
              <w:t>.</w:t>
            </w:r>
          </w:p>
          <w:p w14:paraId="3C58818C" w14:textId="76B0CFF3" w:rsidR="001641AF" w:rsidRPr="006C6F47" w:rsidRDefault="001641AF" w:rsidP="00213121">
            <w:pPr>
              <w:shd w:val="clear" w:color="auto" w:fill="FFFFFF"/>
              <w:spacing w:after="0" w:line="240" w:lineRule="auto"/>
              <w:rPr>
                <w:rFonts w:ascii="Times New Roman" w:hAnsi="Times New Roman" w:cs="Times New Roman"/>
              </w:rPr>
            </w:pPr>
            <w:r w:rsidRPr="006C6F47">
              <w:rPr>
                <w:rFonts w:ascii="Times New Roman" w:hAnsi="Times New Roman" w:cs="Times New Roman"/>
                <w:lang w:val="vi-VN"/>
              </w:rPr>
              <w:t>- Mật độ vải (dọc x ngang) (sợi/10cm): chiều dọ</w:t>
            </w:r>
            <w:r w:rsidR="00145221" w:rsidRPr="006C6F47">
              <w:rPr>
                <w:rFonts w:ascii="Times New Roman" w:hAnsi="Times New Roman" w:cs="Times New Roman"/>
                <w:lang w:val="vi-VN"/>
              </w:rPr>
              <w:t>c 45</w:t>
            </w:r>
            <w:r w:rsidR="00145221" w:rsidRPr="006C6F47">
              <w:rPr>
                <w:rFonts w:ascii="Times New Roman" w:hAnsi="Times New Roman" w:cs="Times New Roman"/>
              </w:rPr>
              <w:t>0</w:t>
            </w:r>
            <w:r w:rsidRPr="006C6F47">
              <w:rPr>
                <w:rFonts w:ascii="Times New Roman" w:hAnsi="Times New Roman" w:cs="Times New Roman"/>
                <w:lang w:val="vi-VN"/>
              </w:rPr>
              <w:t xml:space="preserve"> đế</w:t>
            </w:r>
            <w:r w:rsidR="00145221" w:rsidRPr="006C6F47">
              <w:rPr>
                <w:rFonts w:ascii="Times New Roman" w:hAnsi="Times New Roman" w:cs="Times New Roman"/>
                <w:lang w:val="vi-VN"/>
              </w:rPr>
              <w:t>n 4</w:t>
            </w:r>
            <w:r w:rsidR="00145221" w:rsidRPr="006C6F47">
              <w:rPr>
                <w:rFonts w:ascii="Times New Roman" w:hAnsi="Times New Roman" w:cs="Times New Roman"/>
              </w:rPr>
              <w:t>70</w:t>
            </w:r>
            <w:r w:rsidRPr="006C6F47">
              <w:rPr>
                <w:rFonts w:ascii="Times New Roman" w:hAnsi="Times New Roman" w:cs="Times New Roman"/>
                <w:lang w:val="vi-VN"/>
              </w:rPr>
              <w:t>; chiề</w:t>
            </w:r>
            <w:r w:rsidR="00145221" w:rsidRPr="006C6F47">
              <w:rPr>
                <w:rFonts w:ascii="Times New Roman" w:hAnsi="Times New Roman" w:cs="Times New Roman"/>
                <w:lang w:val="vi-VN"/>
              </w:rPr>
              <w:t>u ngang 33</w:t>
            </w:r>
            <w:r w:rsidR="00145221" w:rsidRPr="006C6F47">
              <w:rPr>
                <w:rFonts w:ascii="Times New Roman" w:hAnsi="Times New Roman" w:cs="Times New Roman"/>
              </w:rPr>
              <w:t>0</w:t>
            </w:r>
            <w:r w:rsidRPr="006C6F47">
              <w:rPr>
                <w:rFonts w:ascii="Times New Roman" w:hAnsi="Times New Roman" w:cs="Times New Roman"/>
                <w:lang w:val="vi-VN"/>
              </w:rPr>
              <w:t xml:space="preserve"> đế</w:t>
            </w:r>
            <w:r w:rsidR="00145221" w:rsidRPr="006C6F47">
              <w:rPr>
                <w:rFonts w:ascii="Times New Roman" w:hAnsi="Times New Roman" w:cs="Times New Roman"/>
                <w:lang w:val="vi-VN"/>
              </w:rPr>
              <w:t>n 3</w:t>
            </w:r>
            <w:r w:rsidR="00145221" w:rsidRPr="006C6F47">
              <w:rPr>
                <w:rFonts w:ascii="Times New Roman" w:hAnsi="Times New Roman" w:cs="Times New Roman"/>
              </w:rPr>
              <w:t>40</w:t>
            </w:r>
            <w:r w:rsidRPr="006C6F47">
              <w:rPr>
                <w:rFonts w:ascii="Times New Roman" w:hAnsi="Times New Roman" w:cs="Times New Roman"/>
                <w:lang w:val="vi-VN"/>
              </w:rPr>
              <w:t>.</w:t>
            </w:r>
          </w:p>
          <w:p w14:paraId="71FA84D6" w14:textId="41066894" w:rsidR="001641AF" w:rsidRPr="006C6F47" w:rsidRDefault="001641AF" w:rsidP="00213121">
            <w:pPr>
              <w:shd w:val="clear" w:color="auto" w:fill="FFFFFF"/>
              <w:spacing w:after="0" w:line="240" w:lineRule="auto"/>
              <w:rPr>
                <w:rFonts w:ascii="Times New Roman" w:hAnsi="Times New Roman" w:cs="Times New Roman"/>
              </w:rPr>
            </w:pPr>
            <w:r w:rsidRPr="006C6F47">
              <w:rPr>
                <w:rFonts w:ascii="Times New Roman" w:hAnsi="Times New Roman" w:cs="Times New Roman"/>
                <w:lang w:val="vi-VN"/>
              </w:rPr>
              <w:t>- Độ bền màu giặt ở 40</w:t>
            </w:r>
            <w:r w:rsidRPr="006C6F47">
              <w:rPr>
                <w:rFonts w:ascii="Times New Roman" w:hAnsi="Times New Roman" w:cs="Times New Roman"/>
                <w:vertAlign w:val="superscript"/>
                <w:lang w:val="vi-VN"/>
              </w:rPr>
              <w:t>0</w:t>
            </w:r>
            <w:r w:rsidRPr="006C6F47">
              <w:rPr>
                <w:rFonts w:ascii="Times New Roman" w:hAnsi="Times New Roman" w:cs="Times New Roman"/>
                <w:lang w:val="vi-VN"/>
              </w:rPr>
              <w:t>C: Phai màu cấ</w:t>
            </w:r>
            <w:r w:rsidR="00145221" w:rsidRPr="006C6F47">
              <w:rPr>
                <w:rFonts w:ascii="Times New Roman" w:hAnsi="Times New Roman" w:cs="Times New Roman"/>
                <w:lang w:val="vi-VN"/>
              </w:rPr>
              <w:t>p 4</w:t>
            </w:r>
            <w:r w:rsidR="00145221" w:rsidRPr="006C6F47">
              <w:rPr>
                <w:rFonts w:ascii="Times New Roman" w:hAnsi="Times New Roman" w:cs="Times New Roman"/>
              </w:rPr>
              <w:t xml:space="preserve"> trở lên.</w:t>
            </w:r>
          </w:p>
          <w:p w14:paraId="42C0CD1E" w14:textId="32C7019A"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b/>
                <w:lang w:val="vi-VN"/>
              </w:rPr>
              <w:t>-  Nón: Theo màu sắc của áo.</w:t>
            </w:r>
          </w:p>
        </w:tc>
        <w:tc>
          <w:tcPr>
            <w:tcW w:w="765" w:type="dxa"/>
            <w:vAlign w:val="center"/>
          </w:tcPr>
          <w:p w14:paraId="17FA7B32" w14:textId="77777777" w:rsidR="001641AF" w:rsidRPr="006C6F47" w:rsidRDefault="001641AF" w:rsidP="006C6F47">
            <w:pPr>
              <w:widowControl w:val="0"/>
              <w:spacing w:after="0" w:line="240" w:lineRule="auto"/>
              <w:jc w:val="center"/>
              <w:rPr>
                <w:rFonts w:ascii="Times New Roman" w:hAnsi="Times New Roman" w:cs="Times New Roman"/>
                <w:iCs/>
                <w:lang w:val="nl-NL"/>
              </w:rPr>
            </w:pPr>
            <w:r w:rsidRPr="006C6F47">
              <w:rPr>
                <w:rFonts w:ascii="Times New Roman" w:hAnsi="Times New Roman" w:cs="Times New Roman"/>
              </w:rPr>
              <w:lastRenderedPageBreak/>
              <w:t>Bộ</w:t>
            </w:r>
          </w:p>
        </w:tc>
        <w:tc>
          <w:tcPr>
            <w:tcW w:w="1272" w:type="dxa"/>
            <w:vAlign w:val="center"/>
          </w:tcPr>
          <w:p w14:paraId="7F54EF9F" w14:textId="2B201E04" w:rsidR="001641AF" w:rsidRPr="006C6F47" w:rsidRDefault="001641AF" w:rsidP="006C6F47">
            <w:pPr>
              <w:spacing w:after="0" w:line="240" w:lineRule="auto"/>
              <w:jc w:val="center"/>
              <w:rPr>
                <w:rFonts w:ascii="Times New Roman" w:hAnsi="Times New Roman" w:cs="Times New Roman"/>
              </w:rPr>
            </w:pPr>
            <w:r w:rsidRPr="006C6F47">
              <w:rPr>
                <w:rFonts w:ascii="Times New Roman" w:hAnsi="Times New Roman" w:cs="Times New Roman"/>
              </w:rPr>
              <w:t>862</w:t>
            </w:r>
          </w:p>
        </w:tc>
      </w:tr>
      <w:tr w:rsidR="006C6F47" w:rsidRPr="006C6F47" w14:paraId="4CB9FACF" w14:textId="77777777" w:rsidTr="00213121">
        <w:trPr>
          <w:trHeight w:val="70"/>
        </w:trPr>
        <w:tc>
          <w:tcPr>
            <w:tcW w:w="709" w:type="dxa"/>
            <w:vAlign w:val="center"/>
          </w:tcPr>
          <w:p w14:paraId="6EB0BBEB" w14:textId="77777777" w:rsidR="001641AF" w:rsidRPr="006C6F47" w:rsidRDefault="001641AF" w:rsidP="006C6F47">
            <w:pPr>
              <w:pStyle w:val="ListParagraph"/>
              <w:widowControl w:val="0"/>
              <w:spacing w:after="0" w:line="240" w:lineRule="auto"/>
              <w:ind w:left="0"/>
              <w:jc w:val="center"/>
              <w:rPr>
                <w:rFonts w:ascii="Times New Roman" w:hAnsi="Times New Roman" w:cs="Times New Roman"/>
                <w:iCs/>
                <w:lang w:val="nl-NL"/>
              </w:rPr>
            </w:pPr>
            <w:r w:rsidRPr="006C6F47">
              <w:rPr>
                <w:rFonts w:ascii="Times New Roman" w:hAnsi="Times New Roman" w:cs="Times New Roman"/>
                <w:iCs/>
                <w:lang w:val="nl-NL"/>
              </w:rPr>
              <w:lastRenderedPageBreak/>
              <w:t>6</w:t>
            </w:r>
          </w:p>
        </w:tc>
        <w:tc>
          <w:tcPr>
            <w:tcW w:w="1843" w:type="dxa"/>
            <w:vAlign w:val="center"/>
          </w:tcPr>
          <w:p w14:paraId="0D26272D" w14:textId="77777777" w:rsidR="001641AF" w:rsidRPr="006C6F47" w:rsidRDefault="001641AF" w:rsidP="006C6F47">
            <w:pPr>
              <w:spacing w:after="0" w:line="240" w:lineRule="auto"/>
              <w:jc w:val="center"/>
              <w:rPr>
                <w:rFonts w:ascii="Times New Roman" w:hAnsi="Times New Roman" w:cs="Times New Roman"/>
                <w:lang w:val="nl-NL"/>
              </w:rPr>
            </w:pPr>
            <w:r w:rsidRPr="006C6F47">
              <w:rPr>
                <w:rFonts w:ascii="Times New Roman" w:hAnsi="Times New Roman" w:cs="Times New Roman"/>
                <w:lang w:val="nl-NL"/>
              </w:rPr>
              <w:t>Trang phục của kỹ thuật viên y, cử nhân, kỹ sư làm công tác chuyên môn (Nam và nữ)</w:t>
            </w:r>
          </w:p>
        </w:tc>
        <w:tc>
          <w:tcPr>
            <w:tcW w:w="5759" w:type="dxa"/>
          </w:tcPr>
          <w:p w14:paraId="17952E2A" w14:textId="7826905D"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xml:space="preserve">* </w:t>
            </w:r>
            <w:r w:rsidRPr="006C6F47">
              <w:rPr>
                <w:rFonts w:ascii="Times New Roman" w:hAnsi="Times New Roman" w:cs="Times New Roman"/>
                <w:b/>
                <w:lang w:val="nl-NL"/>
              </w:rPr>
              <w:t>Áo:</w:t>
            </w:r>
          </w:p>
          <w:p w14:paraId="5118C418" w14:textId="77777777"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Chất liệu, màu sắc: Kate ford màu trắng</w:t>
            </w:r>
          </w:p>
          <w:p w14:paraId="3E27A775" w14:textId="77777777"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-Kiểu dáng: Áo cổ 2 ve, cài cúc giữa, dài tay hoặc ngắn tay, chiều dài áo ngang mông, phía trước có 3 túi hình chữ nhật.</w:t>
            </w:r>
          </w:p>
          <w:p w14:paraId="12500C12" w14:textId="7A7D3FFC" w:rsidR="001641AF" w:rsidRPr="006C6F47" w:rsidRDefault="001641AF" w:rsidP="00213121">
            <w:pPr>
              <w:shd w:val="clear" w:color="auto" w:fill="FFFFFF"/>
              <w:spacing w:after="0" w:line="240" w:lineRule="auto"/>
              <w:rPr>
                <w:rFonts w:ascii="Times New Roman" w:hAnsi="Times New Roman" w:cs="Times New Roman"/>
                <w:b/>
                <w:lang w:val="nl-NL"/>
              </w:rPr>
            </w:pPr>
            <w:r w:rsidRPr="006C6F47">
              <w:rPr>
                <w:rFonts w:ascii="Times New Roman" w:hAnsi="Times New Roman" w:cs="Times New Roman"/>
                <w:b/>
                <w:lang w:val="nl-NL"/>
              </w:rPr>
              <w:t xml:space="preserve">* Tiêu chuẩn </w:t>
            </w:r>
            <w:r w:rsidR="00410B5F" w:rsidRPr="006C6F47">
              <w:rPr>
                <w:rFonts w:ascii="Times New Roman" w:hAnsi="Times New Roman" w:cs="Times New Roman"/>
                <w:b/>
                <w:lang w:val="nl-NL"/>
              </w:rPr>
              <w:t>chất lượng</w:t>
            </w:r>
            <w:r w:rsidRPr="006C6F47">
              <w:rPr>
                <w:rFonts w:ascii="Times New Roman" w:hAnsi="Times New Roman" w:cs="Times New Roman"/>
                <w:b/>
                <w:lang w:val="nl-NL"/>
              </w:rPr>
              <w:t xml:space="preserve"> vải:</w:t>
            </w:r>
          </w:p>
          <w:p w14:paraId="6927C491" w14:textId="320C9EA8" w:rsidR="005B7A8F" w:rsidRPr="006C6F47" w:rsidRDefault="005B7A8F" w:rsidP="00213121">
            <w:pPr>
              <w:shd w:val="clear" w:color="auto" w:fill="FFFFFF"/>
              <w:spacing w:after="0" w:line="240" w:lineRule="auto"/>
              <w:rPr>
                <w:rFonts w:ascii="Times New Roman" w:hAnsi="Times New Roman" w:cs="Times New Roman"/>
                <w:b/>
              </w:rPr>
            </w:pPr>
            <w:r w:rsidRPr="006C6F47">
              <w:rPr>
                <w:rFonts w:ascii="Times New Roman" w:hAnsi="Times New Roman" w:cs="Times New Roman"/>
                <w:b/>
              </w:rPr>
              <w:t xml:space="preserve">- </w:t>
            </w:r>
            <w:r w:rsidRPr="006C6F47">
              <w:rPr>
                <w:rFonts w:ascii="Times New Roman" w:hAnsi="Times New Roman" w:cs="Times New Roman"/>
                <w:bCs/>
              </w:rPr>
              <w:t>Thành phần: Polyester 65,0</w:t>
            </w:r>
            <w:r w:rsidR="00145221" w:rsidRPr="006C6F47">
              <w:rPr>
                <w:rFonts w:ascii="Times New Roman" w:hAnsi="Times New Roman" w:cs="Times New Roman"/>
              </w:rPr>
              <w:t>(±5</w:t>
            </w:r>
            <w:r w:rsidRPr="006C6F47">
              <w:rPr>
                <w:rFonts w:ascii="Times New Roman" w:hAnsi="Times New Roman" w:cs="Times New Roman"/>
              </w:rPr>
              <w:t>)</w:t>
            </w:r>
            <w:r w:rsidRPr="006C6F47">
              <w:rPr>
                <w:rFonts w:ascii="Times New Roman" w:hAnsi="Times New Roman" w:cs="Times New Roman"/>
                <w:bCs/>
              </w:rPr>
              <w:t xml:space="preserve"> %; Cotton 35,0</w:t>
            </w:r>
            <w:r w:rsidR="00457C78" w:rsidRPr="006C6F47">
              <w:rPr>
                <w:rFonts w:ascii="Times New Roman" w:hAnsi="Times New Roman" w:cs="Times New Roman"/>
              </w:rPr>
              <w:t>(±5</w:t>
            </w:r>
            <w:r w:rsidRPr="006C6F47">
              <w:rPr>
                <w:rFonts w:ascii="Times New Roman" w:hAnsi="Times New Roman" w:cs="Times New Roman"/>
              </w:rPr>
              <w:t>)</w:t>
            </w:r>
            <w:r w:rsidRPr="006C6F47">
              <w:rPr>
                <w:rFonts w:ascii="Times New Roman" w:hAnsi="Times New Roman" w:cs="Times New Roman"/>
                <w:bCs/>
              </w:rPr>
              <w:t>%;</w:t>
            </w:r>
          </w:p>
          <w:p w14:paraId="35ACD09C" w14:textId="31945E7C" w:rsidR="005B7A8F" w:rsidRPr="006C6F47" w:rsidRDefault="005B7A8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Khối lượng vả</w:t>
            </w:r>
            <w:r w:rsidR="00457C78" w:rsidRPr="006C6F47">
              <w:rPr>
                <w:rFonts w:ascii="Times New Roman" w:hAnsi="Times New Roman" w:cs="Times New Roman"/>
                <w:lang w:val="nl-NL"/>
              </w:rPr>
              <w:t>i (G/M2): 160</w:t>
            </w:r>
            <w:r w:rsidRPr="006C6F47">
              <w:rPr>
                <w:rFonts w:ascii="Times New Roman" w:hAnsi="Times New Roman" w:cs="Times New Roman"/>
                <w:lang w:val="nl-NL"/>
              </w:rPr>
              <w:t xml:space="preserve"> đế</w:t>
            </w:r>
            <w:r w:rsidR="00457C78" w:rsidRPr="006C6F47">
              <w:rPr>
                <w:rFonts w:ascii="Times New Roman" w:hAnsi="Times New Roman" w:cs="Times New Roman"/>
                <w:lang w:val="nl-NL"/>
              </w:rPr>
              <w:t>n 170</w:t>
            </w:r>
          </w:p>
          <w:p w14:paraId="41CBB3A8" w14:textId="292F7377" w:rsidR="005B7A8F" w:rsidRPr="006C6F47" w:rsidRDefault="005B7A8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Mật độ (dọc x ngang) (sợi/10 cm): chiều dọ</w:t>
            </w:r>
            <w:r w:rsidR="00457C78" w:rsidRPr="006C6F47">
              <w:rPr>
                <w:rFonts w:ascii="Times New Roman" w:hAnsi="Times New Roman" w:cs="Times New Roman"/>
                <w:lang w:val="nl-NL"/>
              </w:rPr>
              <w:t>c: 270</w:t>
            </w:r>
            <w:r w:rsidRPr="006C6F47">
              <w:rPr>
                <w:rFonts w:ascii="Times New Roman" w:hAnsi="Times New Roman" w:cs="Times New Roman"/>
                <w:lang w:val="nl-NL"/>
              </w:rPr>
              <w:t xml:space="preserve"> đế</w:t>
            </w:r>
            <w:r w:rsidR="00457C78" w:rsidRPr="006C6F47">
              <w:rPr>
                <w:rFonts w:ascii="Times New Roman" w:hAnsi="Times New Roman" w:cs="Times New Roman"/>
                <w:lang w:val="nl-NL"/>
              </w:rPr>
              <w:t>n 280</w:t>
            </w:r>
            <w:r w:rsidRPr="006C6F47">
              <w:rPr>
                <w:rFonts w:ascii="Times New Roman" w:hAnsi="Times New Roman" w:cs="Times New Roman"/>
                <w:lang w:val="nl-NL"/>
              </w:rPr>
              <w:t>; chiề</w:t>
            </w:r>
            <w:r w:rsidR="00457C78" w:rsidRPr="006C6F47">
              <w:rPr>
                <w:rFonts w:ascii="Times New Roman" w:hAnsi="Times New Roman" w:cs="Times New Roman"/>
                <w:lang w:val="nl-NL"/>
              </w:rPr>
              <w:t>u ngang: 270</w:t>
            </w:r>
            <w:r w:rsidRPr="006C6F47">
              <w:rPr>
                <w:rFonts w:ascii="Times New Roman" w:hAnsi="Times New Roman" w:cs="Times New Roman"/>
                <w:lang w:val="nl-NL"/>
              </w:rPr>
              <w:t xml:space="preserve"> đế</w:t>
            </w:r>
            <w:r w:rsidR="00457C78" w:rsidRPr="006C6F47">
              <w:rPr>
                <w:rFonts w:ascii="Times New Roman" w:hAnsi="Times New Roman" w:cs="Times New Roman"/>
                <w:lang w:val="nl-NL"/>
              </w:rPr>
              <w:t>n 280</w:t>
            </w:r>
            <w:r w:rsidRPr="006C6F47">
              <w:rPr>
                <w:rFonts w:ascii="Times New Roman" w:hAnsi="Times New Roman" w:cs="Times New Roman"/>
                <w:lang w:val="nl-NL"/>
              </w:rPr>
              <w:t>.</w:t>
            </w:r>
          </w:p>
          <w:p w14:paraId="3EB81CB5" w14:textId="5C3ACD86" w:rsidR="005B7A8F" w:rsidRPr="006C6F47" w:rsidRDefault="005B7A8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C: Phai màu cấ</w:t>
            </w:r>
            <w:r w:rsidR="00457C78" w:rsidRPr="006C6F47">
              <w:rPr>
                <w:rFonts w:ascii="Times New Roman" w:hAnsi="Times New Roman" w:cs="Times New Roman"/>
                <w:lang w:val="nl-NL"/>
              </w:rPr>
              <w:t>p 4 trở lên</w:t>
            </w:r>
          </w:p>
          <w:p w14:paraId="5697D1CD" w14:textId="77777777"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w:t>
            </w:r>
            <w:r w:rsidRPr="006C6F47">
              <w:rPr>
                <w:rFonts w:ascii="Times New Roman" w:hAnsi="Times New Roman" w:cs="Times New Roman"/>
                <w:b/>
                <w:lang w:val="vi-VN"/>
              </w:rPr>
              <w:t>Quần</w:t>
            </w:r>
            <w:r w:rsidRPr="006C6F47">
              <w:rPr>
                <w:rFonts w:ascii="Times New Roman" w:hAnsi="Times New Roman" w:cs="Times New Roman"/>
                <w:lang w:val="vi-VN"/>
              </w:rPr>
              <w:t>:</w:t>
            </w:r>
          </w:p>
          <w:p w14:paraId="19589019" w14:textId="318D903D"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Chất liệu, màu sắc: Quầ</w:t>
            </w:r>
            <w:r w:rsidR="009D3F19">
              <w:rPr>
                <w:rFonts w:ascii="Times New Roman" w:hAnsi="Times New Roman" w:cs="Times New Roman"/>
                <w:lang w:val="vi-VN"/>
              </w:rPr>
              <w:t>n Nam</w:t>
            </w:r>
            <w:r w:rsidR="009D3F19">
              <w:rPr>
                <w:rFonts w:ascii="Times New Roman" w:hAnsi="Times New Roman" w:cs="Times New Roman"/>
              </w:rPr>
              <w:t xml:space="preserve"> và Nữ: </w:t>
            </w:r>
            <w:r w:rsidRPr="006C6F47">
              <w:rPr>
                <w:rFonts w:ascii="Times New Roman" w:hAnsi="Times New Roman" w:cs="Times New Roman"/>
                <w:lang w:val="vi-VN"/>
              </w:rPr>
              <w:t>Kaki thun màu trắng</w:t>
            </w:r>
          </w:p>
          <w:p w14:paraId="40EEB5E9" w14:textId="308F4764" w:rsidR="00F35F02" w:rsidRPr="009D3F19"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Kiểu dáng: Quần âu hai ly, 2 túi chéo, quần nam có 1 túi sau.</w:t>
            </w:r>
          </w:p>
          <w:p w14:paraId="16507D2B" w14:textId="0F83F23B" w:rsidR="001641AF" w:rsidRPr="006C6F47" w:rsidRDefault="001641AF" w:rsidP="00213121">
            <w:pPr>
              <w:shd w:val="clear" w:color="auto" w:fill="FFFFFF"/>
              <w:spacing w:after="0" w:line="240" w:lineRule="auto"/>
              <w:rPr>
                <w:rFonts w:ascii="Times New Roman" w:hAnsi="Times New Roman" w:cs="Times New Roman"/>
                <w:b/>
                <w:u w:val="single"/>
                <w:lang w:val="vi-VN"/>
              </w:rPr>
            </w:pPr>
            <w:r w:rsidRPr="006C6F47">
              <w:rPr>
                <w:rFonts w:ascii="Times New Roman" w:hAnsi="Times New Roman" w:cs="Times New Roman"/>
                <w:b/>
                <w:lang w:val="vi-VN"/>
              </w:rPr>
              <w:t>* Tiêu chuẩ</w:t>
            </w:r>
            <w:r w:rsidR="00ED7B87" w:rsidRPr="006C6F47">
              <w:rPr>
                <w:rFonts w:ascii="Times New Roman" w:hAnsi="Times New Roman" w:cs="Times New Roman"/>
                <w:b/>
                <w:lang w:val="vi-VN"/>
              </w:rPr>
              <w:t xml:space="preserve">n </w:t>
            </w:r>
            <w:r w:rsidR="00ED7B87" w:rsidRPr="006C6F47">
              <w:rPr>
                <w:rFonts w:ascii="Times New Roman" w:hAnsi="Times New Roman" w:cs="Times New Roman"/>
                <w:b/>
              </w:rPr>
              <w:t>chất lượng</w:t>
            </w:r>
            <w:r w:rsidRPr="006C6F47">
              <w:rPr>
                <w:rFonts w:ascii="Times New Roman" w:hAnsi="Times New Roman" w:cs="Times New Roman"/>
                <w:b/>
                <w:lang w:val="vi-VN"/>
              </w:rPr>
              <w:t xml:space="preserve"> vải Kaki thun màu trắng</w:t>
            </w:r>
            <w:r w:rsidRPr="006C6F47">
              <w:rPr>
                <w:rFonts w:ascii="Times New Roman" w:hAnsi="Times New Roman" w:cs="Times New Roman"/>
                <w:b/>
                <w:u w:val="single"/>
                <w:lang w:val="vi-VN"/>
              </w:rPr>
              <w:t>:</w:t>
            </w:r>
          </w:p>
          <w:p w14:paraId="0206FD3B" w14:textId="53F08339" w:rsidR="005B7A8F" w:rsidRPr="006C6F47" w:rsidRDefault="005B7A8F" w:rsidP="00213121">
            <w:pPr>
              <w:shd w:val="clear" w:color="auto" w:fill="FFFFFF"/>
              <w:spacing w:after="0" w:line="240" w:lineRule="auto"/>
              <w:rPr>
                <w:rFonts w:ascii="Times New Roman" w:hAnsi="Times New Roman" w:cs="Times New Roman"/>
              </w:rPr>
            </w:pPr>
            <w:r w:rsidRPr="006C6F47">
              <w:rPr>
                <w:rFonts w:ascii="Times New Roman" w:hAnsi="Times New Roman" w:cs="Times New Roman"/>
                <w:lang w:val="vi-VN"/>
              </w:rPr>
              <w:t xml:space="preserve">- </w:t>
            </w:r>
            <w:r w:rsidRPr="006C6F47">
              <w:rPr>
                <w:rFonts w:ascii="Times New Roman" w:hAnsi="Times New Roman" w:cs="Times New Roman"/>
                <w:bCs/>
              </w:rPr>
              <w:t>Thành phần</w:t>
            </w:r>
            <w:r w:rsidRPr="006C6F47">
              <w:rPr>
                <w:rFonts w:ascii="Times New Roman" w:hAnsi="Times New Roman" w:cs="Times New Roman"/>
                <w:lang w:val="vi-VN"/>
              </w:rPr>
              <w:t>: Polyester 75%</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 xml:space="preserve">);  Rayon 21%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00761AAB" w:rsidRPr="006C6F47">
              <w:rPr>
                <w:rFonts w:ascii="Times New Roman" w:hAnsi="Times New Roman" w:cs="Times New Roman"/>
                <w:lang w:val="vi-VN"/>
              </w:rPr>
              <w:t>); Spandex 2%(±</w:t>
            </w:r>
            <w:r w:rsidR="00761AAB" w:rsidRPr="006C6F47">
              <w:rPr>
                <w:rFonts w:ascii="Times New Roman" w:hAnsi="Times New Roman" w:cs="Times New Roman"/>
              </w:rPr>
              <w:t>5</w:t>
            </w:r>
            <w:r w:rsidRPr="006C6F47">
              <w:rPr>
                <w:rFonts w:ascii="Times New Roman" w:hAnsi="Times New Roman" w:cs="Times New Roman"/>
                <w:lang w:val="vi-VN"/>
              </w:rPr>
              <w:t>).</w:t>
            </w:r>
          </w:p>
          <w:p w14:paraId="612D7BC6" w14:textId="4CE6FE9E" w:rsidR="005B7A8F" w:rsidRPr="006C6F47" w:rsidRDefault="005B7A8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rPr>
              <w:t xml:space="preserve">- </w:t>
            </w:r>
            <w:r w:rsidRPr="006C6F47">
              <w:rPr>
                <w:rFonts w:ascii="Times New Roman" w:hAnsi="Times New Roman" w:cs="Times New Roman"/>
                <w:lang w:val="vi-VN"/>
              </w:rPr>
              <w:t>Khối lượng vải (G/M2): 24</w:t>
            </w:r>
            <w:r w:rsidR="00761AAB" w:rsidRPr="006C6F47">
              <w:rPr>
                <w:rFonts w:ascii="Times New Roman" w:hAnsi="Times New Roman" w:cs="Times New Roman"/>
              </w:rPr>
              <w:t>0</w:t>
            </w:r>
            <w:r w:rsidRPr="006C6F47">
              <w:rPr>
                <w:rFonts w:ascii="Times New Roman" w:hAnsi="Times New Roman" w:cs="Times New Roman"/>
                <w:lang w:val="vi-VN"/>
              </w:rPr>
              <w:t xml:space="preserve"> đến 2</w:t>
            </w:r>
            <w:r w:rsidR="00761AAB" w:rsidRPr="006C6F47">
              <w:rPr>
                <w:rFonts w:ascii="Times New Roman" w:hAnsi="Times New Roman" w:cs="Times New Roman"/>
              </w:rPr>
              <w:t>50.</w:t>
            </w:r>
          </w:p>
          <w:p w14:paraId="28F255BE" w14:textId="54C2D63A" w:rsidR="005B7A8F" w:rsidRPr="006C6F47" w:rsidRDefault="005B7A8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Mật độ vải (dọc x ngang) (sợi/10cm): chiều dọ</w:t>
            </w:r>
            <w:r w:rsidR="00761AAB" w:rsidRPr="006C6F47">
              <w:rPr>
                <w:rFonts w:ascii="Times New Roman" w:hAnsi="Times New Roman" w:cs="Times New Roman"/>
                <w:lang w:val="vi-VN"/>
              </w:rPr>
              <w:t>c 45</w:t>
            </w:r>
            <w:r w:rsidR="00761AAB" w:rsidRPr="006C6F47">
              <w:rPr>
                <w:rFonts w:ascii="Times New Roman" w:hAnsi="Times New Roman" w:cs="Times New Roman"/>
              </w:rPr>
              <w:t>0</w:t>
            </w:r>
            <w:r w:rsidRPr="006C6F47">
              <w:rPr>
                <w:rFonts w:ascii="Times New Roman" w:hAnsi="Times New Roman" w:cs="Times New Roman"/>
                <w:lang w:val="vi-VN"/>
              </w:rPr>
              <w:t xml:space="preserve"> đế</w:t>
            </w:r>
            <w:r w:rsidR="00761AAB" w:rsidRPr="006C6F47">
              <w:rPr>
                <w:rFonts w:ascii="Times New Roman" w:hAnsi="Times New Roman" w:cs="Times New Roman"/>
                <w:lang w:val="vi-VN"/>
              </w:rPr>
              <w:t>n 4</w:t>
            </w:r>
            <w:r w:rsidR="00761AAB" w:rsidRPr="006C6F47">
              <w:rPr>
                <w:rFonts w:ascii="Times New Roman" w:hAnsi="Times New Roman" w:cs="Times New Roman"/>
              </w:rPr>
              <w:t>70</w:t>
            </w:r>
            <w:r w:rsidRPr="006C6F47">
              <w:rPr>
                <w:rFonts w:ascii="Times New Roman" w:hAnsi="Times New Roman" w:cs="Times New Roman"/>
                <w:lang w:val="vi-VN"/>
              </w:rPr>
              <w:t>; chiề</w:t>
            </w:r>
            <w:r w:rsidR="00761AAB" w:rsidRPr="006C6F47">
              <w:rPr>
                <w:rFonts w:ascii="Times New Roman" w:hAnsi="Times New Roman" w:cs="Times New Roman"/>
                <w:lang w:val="vi-VN"/>
              </w:rPr>
              <w:t>u ngang 33</w:t>
            </w:r>
            <w:r w:rsidR="00761AAB" w:rsidRPr="006C6F47">
              <w:rPr>
                <w:rFonts w:ascii="Times New Roman" w:hAnsi="Times New Roman" w:cs="Times New Roman"/>
              </w:rPr>
              <w:t>0</w:t>
            </w:r>
            <w:r w:rsidRPr="006C6F47">
              <w:rPr>
                <w:rFonts w:ascii="Times New Roman" w:hAnsi="Times New Roman" w:cs="Times New Roman"/>
                <w:lang w:val="vi-VN"/>
              </w:rPr>
              <w:t xml:space="preserve"> đế</w:t>
            </w:r>
            <w:r w:rsidR="00761AAB" w:rsidRPr="006C6F47">
              <w:rPr>
                <w:rFonts w:ascii="Times New Roman" w:hAnsi="Times New Roman" w:cs="Times New Roman"/>
                <w:lang w:val="vi-VN"/>
              </w:rPr>
              <w:t>n 3</w:t>
            </w:r>
            <w:r w:rsidR="00761AAB" w:rsidRPr="006C6F47">
              <w:rPr>
                <w:rFonts w:ascii="Times New Roman" w:hAnsi="Times New Roman" w:cs="Times New Roman"/>
              </w:rPr>
              <w:t>40</w:t>
            </w:r>
            <w:r w:rsidRPr="006C6F47">
              <w:rPr>
                <w:rFonts w:ascii="Times New Roman" w:hAnsi="Times New Roman" w:cs="Times New Roman"/>
                <w:lang w:val="vi-VN"/>
              </w:rPr>
              <w:t>.</w:t>
            </w:r>
          </w:p>
          <w:p w14:paraId="1168E4BE" w14:textId="08104554" w:rsidR="005B7A8F" w:rsidRPr="006C6F47" w:rsidRDefault="005B7A8F" w:rsidP="00213121">
            <w:pPr>
              <w:shd w:val="clear" w:color="auto" w:fill="FFFFFF"/>
              <w:spacing w:after="0" w:line="240" w:lineRule="auto"/>
              <w:rPr>
                <w:rFonts w:ascii="Times New Roman" w:hAnsi="Times New Roman" w:cs="Times New Roman"/>
              </w:rPr>
            </w:pPr>
            <w:r w:rsidRPr="006C6F47">
              <w:rPr>
                <w:rFonts w:ascii="Times New Roman" w:hAnsi="Times New Roman" w:cs="Times New Roman"/>
                <w:lang w:val="vi-VN"/>
              </w:rPr>
              <w:t>- Độ bền màu giặt ở 40</w:t>
            </w:r>
            <w:r w:rsidRPr="006C6F47">
              <w:rPr>
                <w:rFonts w:ascii="Times New Roman" w:hAnsi="Times New Roman" w:cs="Times New Roman"/>
                <w:vertAlign w:val="superscript"/>
                <w:lang w:val="vi-VN"/>
              </w:rPr>
              <w:t>0</w:t>
            </w:r>
            <w:r w:rsidRPr="006C6F47">
              <w:rPr>
                <w:rFonts w:ascii="Times New Roman" w:hAnsi="Times New Roman" w:cs="Times New Roman"/>
                <w:lang w:val="vi-VN"/>
              </w:rPr>
              <w:t>C: Phai màu cấ</w:t>
            </w:r>
            <w:r w:rsidR="00761AAB" w:rsidRPr="006C6F47">
              <w:rPr>
                <w:rFonts w:ascii="Times New Roman" w:hAnsi="Times New Roman" w:cs="Times New Roman"/>
                <w:lang w:val="vi-VN"/>
              </w:rPr>
              <w:t>p 4</w:t>
            </w:r>
            <w:r w:rsidR="00761AAB" w:rsidRPr="006C6F47">
              <w:rPr>
                <w:rFonts w:ascii="Times New Roman" w:hAnsi="Times New Roman" w:cs="Times New Roman"/>
              </w:rPr>
              <w:t xml:space="preserve"> trở lên</w:t>
            </w:r>
          </w:p>
          <w:p w14:paraId="36AD77EE" w14:textId="1CF6BCC2" w:rsidR="001641AF" w:rsidRPr="006C6F47" w:rsidRDefault="001641AF" w:rsidP="00213121">
            <w:pPr>
              <w:shd w:val="clear" w:color="auto" w:fill="FFFFFF"/>
              <w:spacing w:after="0" w:line="240" w:lineRule="auto"/>
              <w:rPr>
                <w:rFonts w:ascii="Times New Roman" w:hAnsi="Times New Roman" w:cs="Times New Roman"/>
                <w:lang w:val="nl-NL"/>
              </w:rPr>
            </w:pPr>
            <w:r w:rsidRPr="006C6F47">
              <w:rPr>
                <w:rFonts w:ascii="Times New Roman" w:hAnsi="Times New Roman" w:cs="Times New Roman"/>
                <w:b/>
                <w:lang w:val="vi-VN"/>
              </w:rPr>
              <w:t>- Nón: Theo màu sắc của áo</w:t>
            </w:r>
          </w:p>
        </w:tc>
        <w:tc>
          <w:tcPr>
            <w:tcW w:w="765" w:type="dxa"/>
            <w:vAlign w:val="center"/>
          </w:tcPr>
          <w:p w14:paraId="2E47C18D" w14:textId="77777777" w:rsidR="001641AF" w:rsidRPr="006C6F47" w:rsidRDefault="001641AF" w:rsidP="006C6F47">
            <w:pPr>
              <w:widowControl w:val="0"/>
              <w:spacing w:after="0" w:line="240" w:lineRule="auto"/>
              <w:jc w:val="center"/>
              <w:rPr>
                <w:rFonts w:ascii="Times New Roman" w:hAnsi="Times New Roman" w:cs="Times New Roman"/>
                <w:iCs/>
                <w:lang w:val="nl-NL"/>
              </w:rPr>
            </w:pPr>
            <w:r w:rsidRPr="006C6F47">
              <w:rPr>
                <w:rFonts w:ascii="Times New Roman" w:hAnsi="Times New Roman" w:cs="Times New Roman"/>
              </w:rPr>
              <w:t>Bộ</w:t>
            </w:r>
          </w:p>
        </w:tc>
        <w:tc>
          <w:tcPr>
            <w:tcW w:w="1272" w:type="dxa"/>
            <w:vAlign w:val="center"/>
          </w:tcPr>
          <w:p w14:paraId="11D8FEF7" w14:textId="61A12CF8" w:rsidR="001641AF" w:rsidRPr="006C6F47" w:rsidRDefault="001641AF" w:rsidP="006C6F47">
            <w:pPr>
              <w:spacing w:after="0" w:line="240" w:lineRule="auto"/>
              <w:jc w:val="center"/>
              <w:rPr>
                <w:rFonts w:ascii="Times New Roman" w:hAnsi="Times New Roman" w:cs="Times New Roman"/>
              </w:rPr>
            </w:pPr>
            <w:r w:rsidRPr="006C6F47">
              <w:rPr>
                <w:rFonts w:ascii="Times New Roman" w:hAnsi="Times New Roman" w:cs="Times New Roman"/>
              </w:rPr>
              <w:t>91</w:t>
            </w:r>
          </w:p>
        </w:tc>
      </w:tr>
      <w:tr w:rsidR="006C6F47" w:rsidRPr="006C6F47" w14:paraId="4AFDE9E3" w14:textId="77777777" w:rsidTr="009D3F19">
        <w:trPr>
          <w:trHeight w:val="1063"/>
        </w:trPr>
        <w:tc>
          <w:tcPr>
            <w:tcW w:w="709" w:type="dxa"/>
            <w:vAlign w:val="center"/>
          </w:tcPr>
          <w:p w14:paraId="15D7B011" w14:textId="77777777" w:rsidR="001641AF" w:rsidRPr="006C6F47" w:rsidRDefault="001641AF" w:rsidP="006C6F47">
            <w:pPr>
              <w:pStyle w:val="ListParagraph"/>
              <w:widowControl w:val="0"/>
              <w:spacing w:after="0" w:line="240" w:lineRule="auto"/>
              <w:ind w:left="0"/>
              <w:jc w:val="center"/>
              <w:rPr>
                <w:rFonts w:ascii="Times New Roman" w:hAnsi="Times New Roman" w:cs="Times New Roman"/>
                <w:iCs/>
                <w:lang w:val="nl-NL"/>
              </w:rPr>
            </w:pPr>
            <w:r w:rsidRPr="006C6F47">
              <w:rPr>
                <w:rFonts w:ascii="Times New Roman" w:hAnsi="Times New Roman" w:cs="Times New Roman"/>
                <w:iCs/>
                <w:lang w:val="nl-NL"/>
              </w:rPr>
              <w:t>7</w:t>
            </w:r>
          </w:p>
        </w:tc>
        <w:tc>
          <w:tcPr>
            <w:tcW w:w="1843" w:type="dxa"/>
            <w:vAlign w:val="center"/>
          </w:tcPr>
          <w:p w14:paraId="0E8A3FFD" w14:textId="77777777" w:rsidR="001641AF" w:rsidRPr="006C6F47" w:rsidRDefault="001641AF" w:rsidP="006C6F47">
            <w:pPr>
              <w:spacing w:after="0" w:line="240" w:lineRule="auto"/>
              <w:jc w:val="center"/>
              <w:rPr>
                <w:rFonts w:ascii="Times New Roman" w:hAnsi="Times New Roman" w:cs="Times New Roman"/>
                <w:lang w:val="nl-NL"/>
              </w:rPr>
            </w:pPr>
            <w:r w:rsidRPr="006C6F47">
              <w:rPr>
                <w:rFonts w:ascii="Times New Roman" w:hAnsi="Times New Roman" w:cs="Times New Roman"/>
              </w:rPr>
              <w:t>Trang Phục Bảo vệ</w:t>
            </w:r>
          </w:p>
        </w:tc>
        <w:tc>
          <w:tcPr>
            <w:tcW w:w="5759" w:type="dxa"/>
            <w:vAlign w:val="center"/>
          </w:tcPr>
          <w:p w14:paraId="40B42AAE" w14:textId="4D765CC7" w:rsidR="001641AF" w:rsidRPr="006C6F47" w:rsidRDefault="001641AF"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xml:space="preserve">* </w:t>
            </w:r>
            <w:r w:rsidRPr="006C6F47">
              <w:rPr>
                <w:rFonts w:ascii="Times New Roman" w:hAnsi="Times New Roman" w:cs="Times New Roman"/>
                <w:b/>
                <w:lang w:val="nl-NL"/>
              </w:rPr>
              <w:t>Áo</w:t>
            </w:r>
            <w:r w:rsidRPr="006C6F47">
              <w:rPr>
                <w:rFonts w:ascii="Times New Roman" w:hAnsi="Times New Roman" w:cs="Times New Roman"/>
                <w:lang w:val="nl-NL"/>
              </w:rPr>
              <w:t>:</w:t>
            </w:r>
          </w:p>
          <w:p w14:paraId="5AD624A2" w14:textId="50D21F40" w:rsidR="001641AF" w:rsidRPr="006C6F47" w:rsidRDefault="001641AF"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Chất liệu, Màu sắc: Kate ford màu xanh đen hoặc xanh cô ban sẫm.</w:t>
            </w:r>
          </w:p>
          <w:p w14:paraId="6448495E" w14:textId="77777777" w:rsidR="001641AF" w:rsidRPr="006C6F47" w:rsidRDefault="001641AF"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-Kiểu dáng: Áo cổ đức, cài cúc giữa, có nẹp cầu vai, ngắn tay, tay lơ vê, 2 túi có nắp</w:t>
            </w:r>
          </w:p>
          <w:p w14:paraId="44339847" w14:textId="2805B5BD" w:rsidR="001641AF" w:rsidRPr="006C6F47" w:rsidRDefault="001641AF" w:rsidP="00213121">
            <w:pPr>
              <w:spacing w:after="0" w:line="240" w:lineRule="auto"/>
              <w:rPr>
                <w:rFonts w:ascii="Times New Roman" w:hAnsi="Times New Roman" w:cs="Times New Roman"/>
                <w:b/>
                <w:lang w:val="nl-NL"/>
              </w:rPr>
            </w:pPr>
            <w:r w:rsidRPr="006C6F47">
              <w:rPr>
                <w:rFonts w:ascii="Times New Roman" w:hAnsi="Times New Roman" w:cs="Times New Roman"/>
                <w:b/>
                <w:lang w:val="nl-NL"/>
              </w:rPr>
              <w:t>* Tiêu chuẩ</w:t>
            </w:r>
            <w:r w:rsidR="00ED7B87" w:rsidRPr="006C6F47">
              <w:rPr>
                <w:rFonts w:ascii="Times New Roman" w:hAnsi="Times New Roman" w:cs="Times New Roman"/>
                <w:b/>
                <w:lang w:val="nl-NL"/>
              </w:rPr>
              <w:t xml:space="preserve">n chất lượng </w:t>
            </w:r>
            <w:r w:rsidRPr="006C6F47">
              <w:rPr>
                <w:rFonts w:ascii="Times New Roman" w:hAnsi="Times New Roman" w:cs="Times New Roman"/>
                <w:b/>
                <w:lang w:val="nl-NL"/>
              </w:rPr>
              <w:t>vải:</w:t>
            </w:r>
          </w:p>
          <w:p w14:paraId="69E2C080" w14:textId="7878EDE2" w:rsidR="005B7A8F" w:rsidRPr="006C6F47" w:rsidRDefault="001641AF"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xml:space="preserve">- </w:t>
            </w:r>
            <w:r w:rsidR="005B7A8F" w:rsidRPr="006C6F47">
              <w:rPr>
                <w:rFonts w:ascii="Times New Roman" w:hAnsi="Times New Roman" w:cs="Times New Roman"/>
                <w:lang w:val="nl-NL"/>
              </w:rPr>
              <w:t xml:space="preserve">Thành phần: Polyester  67%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005B7A8F" w:rsidRPr="006C6F47">
              <w:rPr>
                <w:rFonts w:ascii="Times New Roman" w:hAnsi="Times New Roman" w:cs="Times New Roman"/>
                <w:lang w:val="vi-VN"/>
              </w:rPr>
              <w:t>)</w:t>
            </w:r>
            <w:r w:rsidR="005B7A8F" w:rsidRPr="006C6F47">
              <w:rPr>
                <w:rFonts w:ascii="Times New Roman" w:hAnsi="Times New Roman" w:cs="Times New Roman"/>
                <w:lang w:val="nl-NL"/>
              </w:rPr>
              <w:t xml:space="preserve"> ; cotton 33 %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005B7A8F" w:rsidRPr="006C6F47">
              <w:rPr>
                <w:rFonts w:ascii="Times New Roman" w:hAnsi="Times New Roman" w:cs="Times New Roman"/>
                <w:lang w:val="vi-VN"/>
              </w:rPr>
              <w:t>)</w:t>
            </w:r>
          </w:p>
          <w:p w14:paraId="0A65C2AC" w14:textId="7E19E52E" w:rsidR="001641AF" w:rsidRPr="006C6F47" w:rsidRDefault="005B7A8F"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xml:space="preserve">- </w:t>
            </w:r>
            <w:r w:rsidR="001641AF" w:rsidRPr="006C6F47">
              <w:rPr>
                <w:rFonts w:ascii="Times New Roman" w:hAnsi="Times New Roman" w:cs="Times New Roman"/>
                <w:lang w:val="nl-NL"/>
              </w:rPr>
              <w:t>Khối lượng vải (G/M2): 170 đế</w:t>
            </w:r>
            <w:r w:rsidR="00761AAB" w:rsidRPr="006C6F47">
              <w:rPr>
                <w:rFonts w:ascii="Times New Roman" w:hAnsi="Times New Roman" w:cs="Times New Roman"/>
                <w:lang w:val="nl-NL"/>
              </w:rPr>
              <w:t>n 180</w:t>
            </w:r>
            <w:r w:rsidR="001641AF" w:rsidRPr="006C6F47">
              <w:rPr>
                <w:rFonts w:ascii="Times New Roman" w:hAnsi="Times New Roman" w:cs="Times New Roman"/>
                <w:lang w:val="nl-NL"/>
              </w:rPr>
              <w:t>.</w:t>
            </w:r>
          </w:p>
          <w:p w14:paraId="7CEA0304" w14:textId="427A0787" w:rsidR="001641AF" w:rsidRPr="006C6F47" w:rsidRDefault="001641AF"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Mật độ (dọc x ngang) (sợi/10 cm): chiều dọ</w:t>
            </w:r>
            <w:r w:rsidR="00761AAB" w:rsidRPr="006C6F47">
              <w:rPr>
                <w:rFonts w:ascii="Times New Roman" w:hAnsi="Times New Roman" w:cs="Times New Roman"/>
                <w:lang w:val="nl-NL"/>
              </w:rPr>
              <w:t>c: 270</w:t>
            </w:r>
            <w:r w:rsidRPr="006C6F47">
              <w:rPr>
                <w:rFonts w:ascii="Times New Roman" w:hAnsi="Times New Roman" w:cs="Times New Roman"/>
                <w:lang w:val="nl-NL"/>
              </w:rPr>
              <w:t xml:space="preserve"> đế</w:t>
            </w:r>
            <w:r w:rsidR="00761AAB" w:rsidRPr="006C6F47">
              <w:rPr>
                <w:rFonts w:ascii="Times New Roman" w:hAnsi="Times New Roman" w:cs="Times New Roman"/>
                <w:lang w:val="nl-NL"/>
              </w:rPr>
              <w:t>n 290</w:t>
            </w:r>
            <w:r w:rsidRPr="006C6F47">
              <w:rPr>
                <w:rFonts w:ascii="Times New Roman" w:hAnsi="Times New Roman" w:cs="Times New Roman"/>
                <w:lang w:val="nl-NL"/>
              </w:rPr>
              <w:t>; chiề</w:t>
            </w:r>
            <w:r w:rsidR="00761AAB" w:rsidRPr="006C6F47">
              <w:rPr>
                <w:rFonts w:ascii="Times New Roman" w:hAnsi="Times New Roman" w:cs="Times New Roman"/>
                <w:lang w:val="nl-NL"/>
              </w:rPr>
              <w:t xml:space="preserve">u ngang: 270 </w:t>
            </w:r>
            <w:r w:rsidRPr="006C6F47">
              <w:rPr>
                <w:rFonts w:ascii="Times New Roman" w:hAnsi="Times New Roman" w:cs="Times New Roman"/>
                <w:lang w:val="nl-NL"/>
              </w:rPr>
              <w:t>đế</w:t>
            </w:r>
            <w:r w:rsidR="00761AAB" w:rsidRPr="006C6F47">
              <w:rPr>
                <w:rFonts w:ascii="Times New Roman" w:hAnsi="Times New Roman" w:cs="Times New Roman"/>
                <w:lang w:val="nl-NL"/>
              </w:rPr>
              <w:t>n 280</w:t>
            </w:r>
            <w:r w:rsidRPr="006C6F47">
              <w:rPr>
                <w:rFonts w:ascii="Times New Roman" w:hAnsi="Times New Roman" w:cs="Times New Roman"/>
                <w:lang w:val="nl-NL"/>
              </w:rPr>
              <w:t>.</w:t>
            </w:r>
          </w:p>
          <w:p w14:paraId="40070808" w14:textId="6C408715" w:rsidR="001641AF" w:rsidRPr="006C6F47" w:rsidRDefault="001641AF"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C: Phai màu cấ</w:t>
            </w:r>
            <w:r w:rsidR="00761AAB" w:rsidRPr="006C6F47">
              <w:rPr>
                <w:rFonts w:ascii="Times New Roman" w:hAnsi="Times New Roman" w:cs="Times New Roman"/>
                <w:lang w:val="nl-NL"/>
              </w:rPr>
              <w:t>p 4 trở lên</w:t>
            </w:r>
          </w:p>
          <w:p w14:paraId="68CBF797" w14:textId="5E7F9C95" w:rsidR="001641AF" w:rsidRPr="006C6F47" w:rsidRDefault="001641AF"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w:t>
            </w:r>
            <w:r w:rsidRPr="006C6F47">
              <w:rPr>
                <w:rFonts w:ascii="Times New Roman" w:hAnsi="Times New Roman" w:cs="Times New Roman"/>
                <w:b/>
                <w:lang w:val="vi-VN"/>
              </w:rPr>
              <w:t>Quần</w:t>
            </w:r>
            <w:r w:rsidRPr="006C6F47">
              <w:rPr>
                <w:rFonts w:ascii="Times New Roman" w:hAnsi="Times New Roman" w:cs="Times New Roman"/>
                <w:lang w:val="vi-VN"/>
              </w:rPr>
              <w:t>:</w:t>
            </w:r>
          </w:p>
          <w:p w14:paraId="73E65024" w14:textId="77777777" w:rsidR="001641AF" w:rsidRPr="006C6F47" w:rsidRDefault="001641AF"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Chất liệu, màu sắc: Kaki xanh đen</w:t>
            </w:r>
          </w:p>
          <w:p w14:paraId="659D71AF" w14:textId="77777777" w:rsidR="001641AF" w:rsidRPr="006C6F47" w:rsidRDefault="001641AF"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-Kiểu dáng: Quần âu 2 ly, có 1 túi sau.</w:t>
            </w:r>
          </w:p>
          <w:p w14:paraId="641F231C" w14:textId="115692F9" w:rsidR="001641AF" w:rsidRPr="006C6F47" w:rsidRDefault="001641AF" w:rsidP="00213121">
            <w:pPr>
              <w:spacing w:after="0" w:line="240" w:lineRule="auto"/>
              <w:rPr>
                <w:rFonts w:ascii="Times New Roman" w:hAnsi="Times New Roman" w:cs="Times New Roman"/>
                <w:b/>
                <w:lang w:val="vi-VN"/>
              </w:rPr>
            </w:pPr>
            <w:r w:rsidRPr="006C6F47">
              <w:rPr>
                <w:rFonts w:ascii="Times New Roman" w:hAnsi="Times New Roman" w:cs="Times New Roman"/>
                <w:b/>
                <w:lang w:val="vi-VN"/>
              </w:rPr>
              <w:t>* Tiêu chuẩ</w:t>
            </w:r>
            <w:r w:rsidR="00ED7B87" w:rsidRPr="006C6F47">
              <w:rPr>
                <w:rFonts w:ascii="Times New Roman" w:hAnsi="Times New Roman" w:cs="Times New Roman"/>
                <w:b/>
                <w:lang w:val="vi-VN"/>
              </w:rPr>
              <w:t xml:space="preserve">n </w:t>
            </w:r>
            <w:r w:rsidR="00ED7B87" w:rsidRPr="006C6F47">
              <w:rPr>
                <w:rFonts w:ascii="Times New Roman" w:hAnsi="Times New Roman" w:cs="Times New Roman"/>
                <w:b/>
              </w:rPr>
              <w:t xml:space="preserve">chất lượng </w:t>
            </w:r>
            <w:r w:rsidRPr="006C6F47">
              <w:rPr>
                <w:rFonts w:ascii="Times New Roman" w:hAnsi="Times New Roman" w:cs="Times New Roman"/>
                <w:b/>
                <w:lang w:val="vi-VN"/>
              </w:rPr>
              <w:t>vải:</w:t>
            </w:r>
          </w:p>
          <w:p w14:paraId="69135398" w14:textId="74B49982" w:rsidR="005B7A8F" w:rsidRPr="006C6F47" w:rsidRDefault="001641AF" w:rsidP="00213121">
            <w:pPr>
              <w:spacing w:after="0" w:line="240" w:lineRule="auto"/>
              <w:rPr>
                <w:rFonts w:ascii="Times New Roman" w:hAnsi="Times New Roman" w:cs="Times New Roman"/>
                <w:lang w:val="nl-NL"/>
              </w:rPr>
            </w:pPr>
            <w:r w:rsidRPr="006C6F47">
              <w:rPr>
                <w:rFonts w:ascii="Times New Roman" w:hAnsi="Times New Roman" w:cs="Times New Roman"/>
                <w:lang w:val="vi-VN"/>
              </w:rPr>
              <w:t>-</w:t>
            </w:r>
            <w:r w:rsidR="005B7A8F" w:rsidRPr="006C6F47">
              <w:rPr>
                <w:rFonts w:ascii="Times New Roman" w:hAnsi="Times New Roman" w:cs="Times New Roman"/>
                <w:lang w:val="nl-NL"/>
              </w:rPr>
              <w:t xml:space="preserve">Thành phần: Polyester  71%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005B7A8F" w:rsidRPr="006C6F47">
              <w:rPr>
                <w:rFonts w:ascii="Times New Roman" w:hAnsi="Times New Roman" w:cs="Times New Roman"/>
                <w:lang w:val="vi-VN"/>
              </w:rPr>
              <w:t>)</w:t>
            </w:r>
            <w:r w:rsidR="005B7A8F" w:rsidRPr="006C6F47">
              <w:rPr>
                <w:rFonts w:ascii="Times New Roman" w:hAnsi="Times New Roman" w:cs="Times New Roman"/>
                <w:lang w:val="nl-NL"/>
              </w:rPr>
              <w:t xml:space="preserve"> ; Rayon 29 %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005B7A8F" w:rsidRPr="006C6F47">
              <w:rPr>
                <w:rFonts w:ascii="Times New Roman" w:hAnsi="Times New Roman" w:cs="Times New Roman"/>
                <w:lang w:val="vi-VN"/>
              </w:rPr>
              <w:t>)</w:t>
            </w:r>
          </w:p>
          <w:p w14:paraId="1992CF87" w14:textId="60A6F876" w:rsidR="001641AF" w:rsidRPr="006C6F47" w:rsidRDefault="005B7A8F"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xml:space="preserve">- </w:t>
            </w:r>
            <w:r w:rsidR="001641AF" w:rsidRPr="006C6F47">
              <w:rPr>
                <w:rFonts w:ascii="Times New Roman" w:hAnsi="Times New Roman" w:cs="Times New Roman"/>
                <w:lang w:val="vi-VN"/>
              </w:rPr>
              <w:t xml:space="preserve">Khối lượng vải (G/M2): </w:t>
            </w:r>
            <w:r w:rsidR="00761AAB" w:rsidRPr="006C6F47">
              <w:rPr>
                <w:rFonts w:ascii="Times New Roman" w:hAnsi="Times New Roman" w:cs="Times New Roman"/>
                <w:lang w:val="vi-VN"/>
              </w:rPr>
              <w:t>28</w:t>
            </w:r>
            <w:r w:rsidR="00761AAB" w:rsidRPr="006C6F47">
              <w:rPr>
                <w:rFonts w:ascii="Times New Roman" w:hAnsi="Times New Roman" w:cs="Times New Roman"/>
              </w:rPr>
              <w:t>0</w:t>
            </w:r>
            <w:r w:rsidR="001641AF" w:rsidRPr="006C6F47">
              <w:rPr>
                <w:rFonts w:ascii="Times New Roman" w:hAnsi="Times New Roman" w:cs="Times New Roman"/>
                <w:lang w:val="vi-VN"/>
              </w:rPr>
              <w:t xml:space="preserve"> đến </w:t>
            </w:r>
            <w:r w:rsidR="00761AAB" w:rsidRPr="006C6F47">
              <w:rPr>
                <w:rFonts w:ascii="Times New Roman" w:hAnsi="Times New Roman" w:cs="Times New Roman"/>
                <w:lang w:val="nl-NL"/>
              </w:rPr>
              <w:t>290</w:t>
            </w:r>
            <w:r w:rsidR="001641AF" w:rsidRPr="006C6F47">
              <w:rPr>
                <w:rFonts w:ascii="Times New Roman" w:hAnsi="Times New Roman" w:cs="Times New Roman"/>
                <w:lang w:val="vi-VN"/>
              </w:rPr>
              <w:t>.</w:t>
            </w:r>
          </w:p>
          <w:p w14:paraId="3030262A" w14:textId="014C2819" w:rsidR="001641AF" w:rsidRPr="006C6F47" w:rsidRDefault="001641AF" w:rsidP="00213121">
            <w:pPr>
              <w:spacing w:after="0" w:line="240" w:lineRule="auto"/>
              <w:rPr>
                <w:rFonts w:ascii="Times New Roman" w:hAnsi="Times New Roman" w:cs="Times New Roman"/>
              </w:rPr>
            </w:pPr>
            <w:r w:rsidRPr="006C6F47">
              <w:rPr>
                <w:rFonts w:ascii="Times New Roman" w:hAnsi="Times New Roman" w:cs="Times New Roman"/>
                <w:lang w:val="vi-VN"/>
              </w:rPr>
              <w:lastRenderedPageBreak/>
              <w:t>- Mật độ (dọc x ngang) (sợi/10 cm): chiều dọc: 7</w:t>
            </w:r>
            <w:r w:rsidR="00761AAB" w:rsidRPr="006C6F47">
              <w:rPr>
                <w:rFonts w:ascii="Times New Roman" w:hAnsi="Times New Roman" w:cs="Times New Roman"/>
              </w:rPr>
              <w:t>10</w:t>
            </w:r>
            <w:r w:rsidRPr="006C6F47">
              <w:rPr>
                <w:rFonts w:ascii="Times New Roman" w:hAnsi="Times New Roman" w:cs="Times New Roman"/>
                <w:lang w:val="vi-VN"/>
              </w:rPr>
              <w:t xml:space="preserve"> đến </w:t>
            </w:r>
            <w:r w:rsidR="00761AAB" w:rsidRPr="006C6F47">
              <w:rPr>
                <w:rFonts w:ascii="Times New Roman" w:hAnsi="Times New Roman" w:cs="Times New Roman"/>
                <w:lang w:val="vi-VN"/>
              </w:rPr>
              <w:t>7</w:t>
            </w:r>
            <w:r w:rsidR="00761AAB" w:rsidRPr="006C6F47">
              <w:rPr>
                <w:rFonts w:ascii="Times New Roman" w:hAnsi="Times New Roman" w:cs="Times New Roman"/>
              </w:rPr>
              <w:t>30</w:t>
            </w:r>
            <w:r w:rsidRPr="006C6F47">
              <w:rPr>
                <w:rFonts w:ascii="Times New Roman" w:hAnsi="Times New Roman" w:cs="Times New Roman"/>
                <w:lang w:val="vi-VN"/>
              </w:rPr>
              <w:t>; chiều ngang: 3</w:t>
            </w:r>
            <w:r w:rsidR="00761AAB" w:rsidRPr="006C6F47">
              <w:rPr>
                <w:rFonts w:ascii="Times New Roman" w:hAnsi="Times New Roman" w:cs="Times New Roman"/>
                <w:lang w:val="vi-VN"/>
              </w:rPr>
              <w:t>7</w:t>
            </w:r>
            <w:r w:rsidR="00761AAB" w:rsidRPr="006C6F47">
              <w:rPr>
                <w:rFonts w:ascii="Times New Roman" w:hAnsi="Times New Roman" w:cs="Times New Roman"/>
              </w:rPr>
              <w:t xml:space="preserve">0 </w:t>
            </w:r>
            <w:r w:rsidRPr="006C6F47">
              <w:rPr>
                <w:rFonts w:ascii="Times New Roman" w:hAnsi="Times New Roman" w:cs="Times New Roman"/>
                <w:lang w:val="vi-VN"/>
              </w:rPr>
              <w:t>đến 3</w:t>
            </w:r>
            <w:r w:rsidR="00761AAB" w:rsidRPr="006C6F47">
              <w:rPr>
                <w:rFonts w:ascii="Times New Roman" w:hAnsi="Times New Roman" w:cs="Times New Roman"/>
              </w:rPr>
              <w:t>80</w:t>
            </w:r>
          </w:p>
          <w:p w14:paraId="381E1CA6" w14:textId="0EC3814B" w:rsidR="00636DA2"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C: Phai màu cấ</w:t>
            </w:r>
            <w:r w:rsidR="00761AAB" w:rsidRPr="006C6F47">
              <w:rPr>
                <w:rFonts w:ascii="Times New Roman" w:hAnsi="Times New Roman" w:cs="Times New Roman"/>
                <w:lang w:val="nl-NL"/>
              </w:rPr>
              <w:t>p 4 trở lên</w:t>
            </w:r>
          </w:p>
          <w:p w14:paraId="744FE1D1" w14:textId="68B2DD55" w:rsidR="001641AF" w:rsidRPr="006C6F47" w:rsidRDefault="001641AF" w:rsidP="00213121">
            <w:pPr>
              <w:spacing w:after="0" w:line="240" w:lineRule="auto"/>
              <w:rPr>
                <w:rFonts w:ascii="Times New Roman" w:hAnsi="Times New Roman" w:cs="Times New Roman"/>
                <w:lang w:val="nl-NL"/>
              </w:rPr>
            </w:pPr>
            <w:r w:rsidRPr="006C6F47">
              <w:rPr>
                <w:rFonts w:ascii="Times New Roman" w:hAnsi="Times New Roman" w:cs="Times New Roman"/>
                <w:b/>
              </w:rPr>
              <w:t>- Nón: Kiểu kê pi.</w:t>
            </w:r>
          </w:p>
        </w:tc>
        <w:tc>
          <w:tcPr>
            <w:tcW w:w="765" w:type="dxa"/>
            <w:vAlign w:val="center"/>
          </w:tcPr>
          <w:p w14:paraId="44E05352" w14:textId="77777777" w:rsidR="001641AF" w:rsidRPr="006C6F47" w:rsidRDefault="001641AF" w:rsidP="006C6F47">
            <w:pPr>
              <w:widowControl w:val="0"/>
              <w:spacing w:after="0" w:line="240" w:lineRule="auto"/>
              <w:jc w:val="center"/>
              <w:rPr>
                <w:rFonts w:ascii="Times New Roman" w:hAnsi="Times New Roman" w:cs="Times New Roman"/>
                <w:iCs/>
                <w:lang w:val="nl-NL"/>
              </w:rPr>
            </w:pPr>
            <w:r w:rsidRPr="006C6F47">
              <w:rPr>
                <w:rFonts w:ascii="Times New Roman" w:hAnsi="Times New Roman" w:cs="Times New Roman"/>
              </w:rPr>
              <w:lastRenderedPageBreak/>
              <w:t>Bộ</w:t>
            </w:r>
          </w:p>
        </w:tc>
        <w:tc>
          <w:tcPr>
            <w:tcW w:w="1272" w:type="dxa"/>
            <w:vAlign w:val="center"/>
          </w:tcPr>
          <w:p w14:paraId="6CE93E0A" w14:textId="55285422" w:rsidR="001641AF" w:rsidRPr="006C6F47" w:rsidRDefault="00C320D9" w:rsidP="006C6F47">
            <w:pPr>
              <w:spacing w:after="0" w:line="240" w:lineRule="auto"/>
              <w:jc w:val="center"/>
              <w:rPr>
                <w:rFonts w:ascii="Times New Roman" w:hAnsi="Times New Roman" w:cs="Times New Roman"/>
              </w:rPr>
            </w:pPr>
            <w:r w:rsidRPr="006C6F47">
              <w:rPr>
                <w:rFonts w:ascii="Times New Roman" w:hAnsi="Times New Roman" w:cs="Times New Roman"/>
              </w:rPr>
              <w:t>01</w:t>
            </w:r>
          </w:p>
        </w:tc>
      </w:tr>
      <w:tr w:rsidR="006C6F47" w:rsidRPr="006C6F47" w14:paraId="09337BDD" w14:textId="77777777" w:rsidTr="00213121">
        <w:trPr>
          <w:trHeight w:val="982"/>
        </w:trPr>
        <w:tc>
          <w:tcPr>
            <w:tcW w:w="709" w:type="dxa"/>
            <w:vAlign w:val="center"/>
          </w:tcPr>
          <w:p w14:paraId="0A0284CE" w14:textId="77777777" w:rsidR="001641AF" w:rsidRPr="006C6F47" w:rsidRDefault="001641AF" w:rsidP="006C6F47">
            <w:pPr>
              <w:pStyle w:val="ListParagraph"/>
              <w:widowControl w:val="0"/>
              <w:spacing w:after="0" w:line="240" w:lineRule="auto"/>
              <w:ind w:left="0"/>
              <w:jc w:val="center"/>
              <w:rPr>
                <w:rFonts w:ascii="Times New Roman" w:hAnsi="Times New Roman" w:cs="Times New Roman"/>
                <w:iCs/>
                <w:lang w:val="nl-NL"/>
              </w:rPr>
            </w:pPr>
            <w:r w:rsidRPr="006C6F47">
              <w:rPr>
                <w:rFonts w:ascii="Times New Roman" w:hAnsi="Times New Roman" w:cs="Times New Roman"/>
                <w:iCs/>
                <w:lang w:val="nl-NL"/>
              </w:rPr>
              <w:lastRenderedPageBreak/>
              <w:t>8</w:t>
            </w:r>
          </w:p>
        </w:tc>
        <w:tc>
          <w:tcPr>
            <w:tcW w:w="1843" w:type="dxa"/>
            <w:vAlign w:val="center"/>
          </w:tcPr>
          <w:p w14:paraId="1DAD966C" w14:textId="77777777" w:rsidR="001641AF" w:rsidRPr="006C6F47" w:rsidRDefault="001641AF" w:rsidP="006C6F47">
            <w:pPr>
              <w:widowControl w:val="0"/>
              <w:spacing w:after="0" w:line="240" w:lineRule="auto"/>
              <w:jc w:val="center"/>
              <w:rPr>
                <w:rFonts w:ascii="Times New Roman" w:hAnsi="Times New Roman" w:cs="Times New Roman"/>
                <w:iCs/>
                <w:lang w:val="vi-VN"/>
              </w:rPr>
            </w:pPr>
            <w:r w:rsidRPr="006C6F47">
              <w:rPr>
                <w:rFonts w:ascii="Times New Roman" w:hAnsi="Times New Roman" w:cs="Times New Roman"/>
              </w:rPr>
              <w:t xml:space="preserve">Trang phục </w:t>
            </w:r>
            <w:r w:rsidRPr="006C6F47">
              <w:rPr>
                <w:rFonts w:ascii="Times New Roman" w:hAnsi="Times New Roman" w:cs="Times New Roman"/>
              </w:rPr>
              <w:br/>
              <w:t>Hộ lý</w:t>
            </w:r>
          </w:p>
        </w:tc>
        <w:tc>
          <w:tcPr>
            <w:tcW w:w="5759" w:type="dxa"/>
            <w:vAlign w:val="center"/>
          </w:tcPr>
          <w:p w14:paraId="30E1E7D0" w14:textId="0096BC22" w:rsidR="001641AF" w:rsidRPr="006C6F47" w:rsidRDefault="001641AF"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xml:space="preserve">* </w:t>
            </w:r>
            <w:r w:rsidRPr="006C6F47">
              <w:rPr>
                <w:rFonts w:ascii="Times New Roman" w:hAnsi="Times New Roman" w:cs="Times New Roman"/>
                <w:b/>
                <w:lang w:val="vi-VN"/>
              </w:rPr>
              <w:t>Áo:</w:t>
            </w:r>
          </w:p>
          <w:p w14:paraId="6586D98C" w14:textId="77777777" w:rsidR="001641AF" w:rsidRPr="006C6F47" w:rsidRDefault="001641AF"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Chất liệu, màu sắc: Kate ford Màu xanh hòa bình</w:t>
            </w:r>
          </w:p>
          <w:p w14:paraId="0154B88A" w14:textId="77777777" w:rsidR="001641AF" w:rsidRPr="006C6F47" w:rsidRDefault="001641AF"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Kiểu dáng: áo cổ trái tim, cài cúc giữa, dài tay hoặc ngắn tay, chiều dài áo ngang mông; phía trước 2 túi hình chữ nhật.</w:t>
            </w:r>
          </w:p>
          <w:p w14:paraId="2A383018" w14:textId="31BC2218" w:rsidR="001641AF" w:rsidRPr="006C6F47" w:rsidRDefault="001641AF" w:rsidP="00213121">
            <w:pPr>
              <w:spacing w:after="0" w:line="240" w:lineRule="auto"/>
              <w:rPr>
                <w:rFonts w:ascii="Times New Roman" w:hAnsi="Times New Roman" w:cs="Times New Roman"/>
                <w:b/>
                <w:lang w:val="vi-VN"/>
              </w:rPr>
            </w:pPr>
            <w:r w:rsidRPr="006C6F47">
              <w:rPr>
                <w:rFonts w:ascii="Times New Roman" w:hAnsi="Times New Roman" w:cs="Times New Roman"/>
                <w:b/>
                <w:lang w:val="vi-VN"/>
              </w:rPr>
              <w:t>*Tiêu chuẩ</w:t>
            </w:r>
            <w:r w:rsidR="00ED7B87" w:rsidRPr="006C6F47">
              <w:rPr>
                <w:rFonts w:ascii="Times New Roman" w:hAnsi="Times New Roman" w:cs="Times New Roman"/>
                <w:b/>
                <w:lang w:val="vi-VN"/>
              </w:rPr>
              <w:t xml:space="preserve">n </w:t>
            </w:r>
            <w:r w:rsidR="00ED7B87" w:rsidRPr="006C6F47">
              <w:rPr>
                <w:rFonts w:ascii="Times New Roman" w:hAnsi="Times New Roman" w:cs="Times New Roman"/>
                <w:b/>
              </w:rPr>
              <w:t xml:space="preserve">chất lượng </w:t>
            </w:r>
            <w:r w:rsidRPr="006C6F47">
              <w:rPr>
                <w:rFonts w:ascii="Times New Roman" w:hAnsi="Times New Roman" w:cs="Times New Roman"/>
                <w:b/>
                <w:lang w:val="vi-VN"/>
              </w:rPr>
              <w:t>vải:</w:t>
            </w:r>
          </w:p>
          <w:p w14:paraId="1268D7DA" w14:textId="6CFB593C" w:rsidR="00636DA2"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vi-VN"/>
              </w:rPr>
              <w:t>-</w:t>
            </w:r>
            <w:r w:rsidRPr="006C6F47">
              <w:rPr>
                <w:rFonts w:ascii="Times New Roman" w:hAnsi="Times New Roman" w:cs="Times New Roman"/>
                <w:lang w:val="nl-NL"/>
              </w:rPr>
              <w:t xml:space="preserve">Thành phần: Polyester  65,0%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r w:rsidRPr="006C6F47">
              <w:rPr>
                <w:rFonts w:ascii="Times New Roman" w:hAnsi="Times New Roman" w:cs="Times New Roman"/>
                <w:lang w:val="nl-NL"/>
              </w:rPr>
              <w:t xml:space="preserve"> ; Cotton 35,0 %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p>
          <w:p w14:paraId="4899D7C5" w14:textId="4CE7D15B" w:rsidR="001641AF" w:rsidRPr="006C6F47" w:rsidRDefault="001641AF" w:rsidP="00213121">
            <w:pPr>
              <w:spacing w:after="0" w:line="240" w:lineRule="auto"/>
              <w:rPr>
                <w:rFonts w:ascii="Times New Roman" w:hAnsi="Times New Roman" w:cs="Times New Roman"/>
              </w:rPr>
            </w:pPr>
            <w:r w:rsidRPr="006C6F47">
              <w:rPr>
                <w:rFonts w:ascii="Times New Roman" w:hAnsi="Times New Roman" w:cs="Times New Roman"/>
                <w:lang w:val="vi-VN"/>
              </w:rPr>
              <w:t>- Khối lượng vải (G/M2): 1</w:t>
            </w:r>
            <w:r w:rsidR="00761AAB" w:rsidRPr="006C6F47">
              <w:rPr>
                <w:rFonts w:ascii="Times New Roman" w:hAnsi="Times New Roman" w:cs="Times New Roman"/>
                <w:lang w:val="nl-NL"/>
              </w:rPr>
              <w:t>60</w:t>
            </w:r>
            <w:r w:rsidRPr="006C6F47">
              <w:rPr>
                <w:rFonts w:ascii="Times New Roman" w:hAnsi="Times New Roman" w:cs="Times New Roman"/>
                <w:lang w:val="vi-VN"/>
              </w:rPr>
              <w:t xml:space="preserve"> đến </w:t>
            </w:r>
            <w:r w:rsidR="00761AAB" w:rsidRPr="006C6F47">
              <w:rPr>
                <w:rFonts w:ascii="Times New Roman" w:hAnsi="Times New Roman" w:cs="Times New Roman"/>
                <w:lang w:val="nl-NL"/>
              </w:rPr>
              <w:t>170</w:t>
            </w:r>
          </w:p>
          <w:p w14:paraId="3223DC62" w14:textId="1974BFF9" w:rsidR="00636DA2" w:rsidRPr="006C6F47" w:rsidRDefault="001641AF"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xml:space="preserve">- Mật độ (dọc x ngang) (sợi/10 cm): chiều dọc: </w:t>
            </w:r>
            <w:r w:rsidR="00761AAB" w:rsidRPr="006C6F47">
              <w:rPr>
                <w:rFonts w:ascii="Times New Roman" w:hAnsi="Times New Roman" w:cs="Times New Roman"/>
                <w:lang w:val="vi-VN"/>
              </w:rPr>
              <w:t>27</w:t>
            </w:r>
            <w:r w:rsidR="00761AAB" w:rsidRPr="006C6F47">
              <w:rPr>
                <w:rFonts w:ascii="Times New Roman" w:hAnsi="Times New Roman" w:cs="Times New Roman"/>
              </w:rPr>
              <w:t>0</w:t>
            </w:r>
            <w:r w:rsidRPr="006C6F47">
              <w:rPr>
                <w:rFonts w:ascii="Times New Roman" w:hAnsi="Times New Roman" w:cs="Times New Roman"/>
                <w:lang w:val="vi-VN"/>
              </w:rPr>
              <w:t xml:space="preserve"> đến </w:t>
            </w:r>
            <w:r w:rsidR="00761AAB" w:rsidRPr="006C6F47">
              <w:rPr>
                <w:rFonts w:ascii="Times New Roman" w:hAnsi="Times New Roman" w:cs="Times New Roman"/>
                <w:lang w:val="vi-VN"/>
              </w:rPr>
              <w:t>2</w:t>
            </w:r>
            <w:r w:rsidR="00761AAB" w:rsidRPr="006C6F47">
              <w:rPr>
                <w:rFonts w:ascii="Times New Roman" w:hAnsi="Times New Roman" w:cs="Times New Roman"/>
              </w:rPr>
              <w:t>90</w:t>
            </w:r>
            <w:r w:rsidRPr="006C6F47">
              <w:rPr>
                <w:rFonts w:ascii="Times New Roman" w:hAnsi="Times New Roman" w:cs="Times New Roman"/>
                <w:lang w:val="vi-VN"/>
              </w:rPr>
              <w:t xml:space="preserve">; chiều ngang: </w:t>
            </w:r>
            <w:r w:rsidR="00636DA2" w:rsidRPr="006C6F47">
              <w:rPr>
                <w:rFonts w:ascii="Times New Roman" w:hAnsi="Times New Roman" w:cs="Times New Roman"/>
                <w:lang w:val="vi-VN"/>
              </w:rPr>
              <w:t>270</w:t>
            </w:r>
            <w:r w:rsidRPr="006C6F47">
              <w:rPr>
                <w:rFonts w:ascii="Times New Roman" w:hAnsi="Times New Roman" w:cs="Times New Roman"/>
                <w:lang w:val="vi-VN"/>
              </w:rPr>
              <w:t xml:space="preserve"> đến </w:t>
            </w:r>
            <w:r w:rsidR="00761AAB" w:rsidRPr="006C6F47">
              <w:rPr>
                <w:rFonts w:ascii="Times New Roman" w:hAnsi="Times New Roman" w:cs="Times New Roman"/>
                <w:lang w:val="vi-VN"/>
              </w:rPr>
              <w:t>2</w:t>
            </w:r>
            <w:r w:rsidR="00761AAB" w:rsidRPr="006C6F47">
              <w:rPr>
                <w:rFonts w:ascii="Times New Roman" w:hAnsi="Times New Roman" w:cs="Times New Roman"/>
              </w:rPr>
              <w:t>80</w:t>
            </w:r>
            <w:r w:rsidR="00636DA2" w:rsidRPr="006C6F47">
              <w:rPr>
                <w:rFonts w:ascii="Times New Roman" w:hAnsi="Times New Roman" w:cs="Times New Roman"/>
                <w:lang w:val="vi-VN"/>
              </w:rPr>
              <w:t>.</w:t>
            </w:r>
          </w:p>
          <w:p w14:paraId="0513ECB8" w14:textId="6B60F1CD" w:rsidR="00636DA2"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C: Phai màu cấ</w:t>
            </w:r>
            <w:r w:rsidR="00761AAB" w:rsidRPr="006C6F47">
              <w:rPr>
                <w:rFonts w:ascii="Times New Roman" w:hAnsi="Times New Roman" w:cs="Times New Roman"/>
                <w:lang w:val="nl-NL"/>
              </w:rPr>
              <w:t>p 4 trở lên</w:t>
            </w:r>
            <w:r w:rsidRPr="006C6F47">
              <w:rPr>
                <w:rFonts w:ascii="Times New Roman" w:hAnsi="Times New Roman" w:cs="Times New Roman"/>
                <w:lang w:val="nl-NL"/>
              </w:rPr>
              <w:t>.</w:t>
            </w:r>
          </w:p>
          <w:p w14:paraId="1D8DF46D" w14:textId="0F51046F" w:rsidR="001641AF" w:rsidRPr="006C6F47" w:rsidRDefault="001641AF"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w:t>
            </w:r>
            <w:r w:rsidRPr="006C6F47">
              <w:rPr>
                <w:rFonts w:ascii="Times New Roman" w:hAnsi="Times New Roman" w:cs="Times New Roman"/>
                <w:b/>
                <w:lang w:val="vi-VN"/>
              </w:rPr>
              <w:t>Quần</w:t>
            </w:r>
          </w:p>
          <w:p w14:paraId="69E6B577" w14:textId="77777777"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Chất liệu, màu sắc: Kate ford Màu xanh hòa bình</w:t>
            </w:r>
          </w:p>
          <w:p w14:paraId="52CC7517" w14:textId="2EF57CDA"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-Kiểu dáng: quần âu hai ly (có thể may lưng thun), 2 túi chéo, quần nam có 1 túi sau.</w:t>
            </w:r>
          </w:p>
          <w:p w14:paraId="08B4CB8D" w14:textId="656EA1DE" w:rsidR="001641AF" w:rsidRPr="006C6F47" w:rsidRDefault="001641AF" w:rsidP="00213121">
            <w:pPr>
              <w:shd w:val="clear" w:color="auto" w:fill="FFFFFF"/>
              <w:spacing w:after="0" w:line="240" w:lineRule="auto"/>
              <w:rPr>
                <w:rFonts w:ascii="Times New Roman" w:hAnsi="Times New Roman" w:cs="Times New Roman"/>
                <w:b/>
                <w:lang w:val="vi-VN"/>
              </w:rPr>
            </w:pPr>
            <w:r w:rsidRPr="006C6F47">
              <w:rPr>
                <w:rFonts w:ascii="Times New Roman" w:hAnsi="Times New Roman" w:cs="Times New Roman"/>
                <w:b/>
                <w:lang w:val="vi-VN"/>
              </w:rPr>
              <w:t>*Tiêu chuẩn</w:t>
            </w:r>
            <w:r w:rsidR="00ED7B87" w:rsidRPr="006C6F47">
              <w:rPr>
                <w:rFonts w:ascii="Times New Roman" w:hAnsi="Times New Roman" w:cs="Times New Roman"/>
                <w:b/>
              </w:rPr>
              <w:t xml:space="preserve"> chất lượng</w:t>
            </w:r>
            <w:r w:rsidRPr="006C6F47">
              <w:rPr>
                <w:rFonts w:ascii="Times New Roman" w:hAnsi="Times New Roman" w:cs="Times New Roman"/>
                <w:b/>
                <w:lang w:val="vi-VN"/>
              </w:rPr>
              <w:t xml:space="preserve"> vải:</w:t>
            </w:r>
          </w:p>
          <w:p w14:paraId="50E6ABC0" w14:textId="2194287E" w:rsidR="00636DA2"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vi-VN"/>
              </w:rPr>
              <w:t>-</w:t>
            </w:r>
            <w:r w:rsidRPr="006C6F47">
              <w:rPr>
                <w:rFonts w:ascii="Times New Roman" w:hAnsi="Times New Roman" w:cs="Times New Roman"/>
                <w:lang w:val="nl-NL"/>
              </w:rPr>
              <w:t xml:space="preserve">Thành phần: Polyester  65,0%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r w:rsidRPr="006C6F47">
              <w:rPr>
                <w:rFonts w:ascii="Times New Roman" w:hAnsi="Times New Roman" w:cs="Times New Roman"/>
                <w:lang w:val="nl-NL"/>
              </w:rPr>
              <w:t xml:space="preserve"> ; Cotton 35,0 %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p>
          <w:p w14:paraId="3C57C050" w14:textId="1AC37AAC" w:rsidR="00636DA2" w:rsidRPr="006C6F47" w:rsidRDefault="00636DA2"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Khối lượng vải (G/M2): 1</w:t>
            </w:r>
            <w:r w:rsidR="00761AAB" w:rsidRPr="006C6F47">
              <w:rPr>
                <w:rFonts w:ascii="Times New Roman" w:hAnsi="Times New Roman" w:cs="Times New Roman"/>
                <w:lang w:val="nl-NL"/>
              </w:rPr>
              <w:t>60</w:t>
            </w:r>
            <w:r w:rsidRPr="006C6F47">
              <w:rPr>
                <w:rFonts w:ascii="Times New Roman" w:hAnsi="Times New Roman" w:cs="Times New Roman"/>
                <w:lang w:val="vi-VN"/>
              </w:rPr>
              <w:t xml:space="preserve"> đến </w:t>
            </w:r>
            <w:r w:rsidR="00761AAB" w:rsidRPr="006C6F47">
              <w:rPr>
                <w:rFonts w:ascii="Times New Roman" w:hAnsi="Times New Roman" w:cs="Times New Roman"/>
                <w:lang w:val="nl-NL"/>
              </w:rPr>
              <w:t>170</w:t>
            </w:r>
          </w:p>
          <w:p w14:paraId="0D79958E" w14:textId="5845CE8B" w:rsidR="00636DA2" w:rsidRPr="006C6F47" w:rsidRDefault="00636DA2"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Mật độ (dọc x ngang) (sợi/10 cm): chiều dọ</w:t>
            </w:r>
            <w:r w:rsidR="00761AAB" w:rsidRPr="006C6F47">
              <w:rPr>
                <w:rFonts w:ascii="Times New Roman" w:hAnsi="Times New Roman" w:cs="Times New Roman"/>
                <w:lang w:val="vi-VN"/>
              </w:rPr>
              <w:t>c: 27</w:t>
            </w:r>
            <w:r w:rsidR="00761AAB" w:rsidRPr="006C6F47">
              <w:rPr>
                <w:rFonts w:ascii="Times New Roman" w:hAnsi="Times New Roman" w:cs="Times New Roman"/>
              </w:rPr>
              <w:t>0</w:t>
            </w:r>
            <w:r w:rsidRPr="006C6F47">
              <w:rPr>
                <w:rFonts w:ascii="Times New Roman" w:hAnsi="Times New Roman" w:cs="Times New Roman"/>
                <w:lang w:val="vi-VN"/>
              </w:rPr>
              <w:t xml:space="preserve"> đế</w:t>
            </w:r>
            <w:r w:rsidR="00761AAB" w:rsidRPr="006C6F47">
              <w:rPr>
                <w:rFonts w:ascii="Times New Roman" w:hAnsi="Times New Roman" w:cs="Times New Roman"/>
                <w:lang w:val="vi-VN"/>
              </w:rPr>
              <w:t>n 2</w:t>
            </w:r>
            <w:r w:rsidR="00761AAB" w:rsidRPr="006C6F47">
              <w:rPr>
                <w:rFonts w:ascii="Times New Roman" w:hAnsi="Times New Roman" w:cs="Times New Roman"/>
              </w:rPr>
              <w:t>90</w:t>
            </w:r>
            <w:r w:rsidRPr="006C6F47">
              <w:rPr>
                <w:rFonts w:ascii="Times New Roman" w:hAnsi="Times New Roman" w:cs="Times New Roman"/>
                <w:lang w:val="vi-VN"/>
              </w:rPr>
              <w:t>; chiều ngang: 270 đế</w:t>
            </w:r>
            <w:r w:rsidR="00761AAB" w:rsidRPr="006C6F47">
              <w:rPr>
                <w:rFonts w:ascii="Times New Roman" w:hAnsi="Times New Roman" w:cs="Times New Roman"/>
                <w:lang w:val="vi-VN"/>
              </w:rPr>
              <w:t>n 2</w:t>
            </w:r>
            <w:r w:rsidR="00761AAB" w:rsidRPr="006C6F47">
              <w:rPr>
                <w:rFonts w:ascii="Times New Roman" w:hAnsi="Times New Roman" w:cs="Times New Roman"/>
              </w:rPr>
              <w:t>80</w:t>
            </w:r>
            <w:r w:rsidRPr="006C6F47">
              <w:rPr>
                <w:rFonts w:ascii="Times New Roman" w:hAnsi="Times New Roman" w:cs="Times New Roman"/>
                <w:lang w:val="vi-VN"/>
              </w:rPr>
              <w:t>.</w:t>
            </w:r>
          </w:p>
          <w:p w14:paraId="0C6B2FEC" w14:textId="416CC63C" w:rsidR="00636DA2"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C: Phai màu cấ</w:t>
            </w:r>
            <w:r w:rsidR="00761AAB" w:rsidRPr="006C6F47">
              <w:rPr>
                <w:rFonts w:ascii="Times New Roman" w:hAnsi="Times New Roman" w:cs="Times New Roman"/>
                <w:lang w:val="nl-NL"/>
              </w:rPr>
              <w:t>p 4 trở lên</w:t>
            </w:r>
          </w:p>
          <w:p w14:paraId="3A5CE907" w14:textId="10790277" w:rsidR="001641AF" w:rsidRPr="006C6F47" w:rsidRDefault="001641AF" w:rsidP="00213121">
            <w:pPr>
              <w:spacing w:after="0" w:line="240" w:lineRule="auto"/>
              <w:rPr>
                <w:rFonts w:ascii="Times New Roman" w:hAnsi="Times New Roman" w:cs="Times New Roman"/>
                <w:lang w:val="vi-VN"/>
              </w:rPr>
            </w:pPr>
            <w:r w:rsidRPr="006C6F47">
              <w:rPr>
                <w:rFonts w:ascii="Times New Roman" w:hAnsi="Times New Roman" w:cs="Times New Roman"/>
                <w:b/>
                <w:lang w:val="vi-VN"/>
              </w:rPr>
              <w:t>Nón: Màu sắc: Theo màu sắc của áo.</w:t>
            </w:r>
          </w:p>
        </w:tc>
        <w:tc>
          <w:tcPr>
            <w:tcW w:w="765" w:type="dxa"/>
            <w:vAlign w:val="center"/>
          </w:tcPr>
          <w:p w14:paraId="5954BB58" w14:textId="77777777" w:rsidR="001641AF" w:rsidRPr="006C6F47" w:rsidRDefault="001641AF" w:rsidP="006C6F47">
            <w:pPr>
              <w:widowControl w:val="0"/>
              <w:spacing w:after="0" w:line="240" w:lineRule="auto"/>
              <w:jc w:val="center"/>
              <w:rPr>
                <w:rFonts w:ascii="Times New Roman" w:hAnsi="Times New Roman" w:cs="Times New Roman"/>
                <w:iCs/>
                <w:lang w:val="vi-VN"/>
              </w:rPr>
            </w:pPr>
            <w:r w:rsidRPr="006C6F47">
              <w:rPr>
                <w:rFonts w:ascii="Times New Roman" w:hAnsi="Times New Roman" w:cs="Times New Roman"/>
              </w:rPr>
              <w:t>Bộ</w:t>
            </w:r>
          </w:p>
        </w:tc>
        <w:tc>
          <w:tcPr>
            <w:tcW w:w="1272" w:type="dxa"/>
            <w:vAlign w:val="center"/>
          </w:tcPr>
          <w:p w14:paraId="22A403D3" w14:textId="346EC8EF" w:rsidR="001641AF" w:rsidRPr="006C6F47" w:rsidRDefault="001641AF" w:rsidP="006C6F47">
            <w:pPr>
              <w:spacing w:after="0" w:line="240" w:lineRule="auto"/>
              <w:jc w:val="center"/>
              <w:rPr>
                <w:rFonts w:ascii="Times New Roman" w:hAnsi="Times New Roman" w:cs="Times New Roman"/>
              </w:rPr>
            </w:pPr>
            <w:r w:rsidRPr="006C6F47">
              <w:rPr>
                <w:rFonts w:ascii="Times New Roman" w:hAnsi="Times New Roman" w:cs="Times New Roman"/>
              </w:rPr>
              <w:t>1</w:t>
            </w:r>
            <w:r w:rsidR="009701BA" w:rsidRPr="006C6F47">
              <w:rPr>
                <w:rFonts w:ascii="Times New Roman" w:hAnsi="Times New Roman" w:cs="Times New Roman"/>
              </w:rPr>
              <w:t>60</w:t>
            </w:r>
          </w:p>
        </w:tc>
      </w:tr>
      <w:tr w:rsidR="006C6F47" w:rsidRPr="006C6F47" w14:paraId="6414B1A8" w14:textId="77777777" w:rsidTr="00213121">
        <w:trPr>
          <w:trHeight w:val="2229"/>
        </w:trPr>
        <w:tc>
          <w:tcPr>
            <w:tcW w:w="709" w:type="dxa"/>
            <w:vAlign w:val="center"/>
          </w:tcPr>
          <w:p w14:paraId="17238855" w14:textId="77777777" w:rsidR="001641AF" w:rsidRPr="006C6F47" w:rsidRDefault="001641AF" w:rsidP="006C6F47">
            <w:pPr>
              <w:pStyle w:val="ListParagraph"/>
              <w:widowControl w:val="0"/>
              <w:spacing w:after="0" w:line="240" w:lineRule="auto"/>
              <w:ind w:left="0"/>
              <w:jc w:val="center"/>
              <w:rPr>
                <w:rFonts w:ascii="Times New Roman" w:hAnsi="Times New Roman" w:cs="Times New Roman"/>
                <w:iCs/>
              </w:rPr>
            </w:pPr>
            <w:r w:rsidRPr="006C6F47">
              <w:rPr>
                <w:rFonts w:ascii="Times New Roman" w:hAnsi="Times New Roman" w:cs="Times New Roman"/>
                <w:iCs/>
              </w:rPr>
              <w:t>9</w:t>
            </w:r>
          </w:p>
        </w:tc>
        <w:tc>
          <w:tcPr>
            <w:tcW w:w="1843" w:type="dxa"/>
            <w:vAlign w:val="center"/>
          </w:tcPr>
          <w:p w14:paraId="4931DD73" w14:textId="77777777" w:rsidR="001641AF" w:rsidRPr="006C6F47" w:rsidRDefault="001641AF" w:rsidP="006C6F47">
            <w:pPr>
              <w:spacing w:after="0" w:line="240" w:lineRule="auto"/>
              <w:jc w:val="center"/>
              <w:rPr>
                <w:rFonts w:ascii="Times New Roman" w:eastAsia="SimSun" w:hAnsi="Times New Roman" w:cs="Times New Roman"/>
                <w:iCs/>
                <w:lang w:val="vi-VN"/>
              </w:rPr>
            </w:pPr>
            <w:r w:rsidRPr="006C6F47">
              <w:rPr>
                <w:rFonts w:ascii="Times New Roman" w:hAnsi="Times New Roman" w:cs="Times New Roman"/>
              </w:rPr>
              <w:t>Trang phục của các chức danh kỹ thuật viên thiết bị y tế, kỹ sư thiết bị, nhân viên bảo trì, tài xế</w:t>
            </w:r>
          </w:p>
        </w:tc>
        <w:tc>
          <w:tcPr>
            <w:tcW w:w="5759" w:type="dxa"/>
            <w:vAlign w:val="center"/>
          </w:tcPr>
          <w:p w14:paraId="44949185" w14:textId="77777777"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xml:space="preserve">* </w:t>
            </w:r>
            <w:r w:rsidRPr="006C6F47">
              <w:rPr>
                <w:rFonts w:ascii="Times New Roman" w:hAnsi="Times New Roman" w:cs="Times New Roman"/>
                <w:b/>
                <w:lang w:val="vi-VN"/>
              </w:rPr>
              <w:t>Áo:</w:t>
            </w:r>
          </w:p>
          <w:p w14:paraId="129F7B27" w14:textId="77777777"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Chất liệu, màu sắc: Kate ford Màu xanh đen.</w:t>
            </w:r>
          </w:p>
          <w:p w14:paraId="0B4446DC" w14:textId="77777777"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Kiểu dáng: Áo kiểu bu dông, cổ đức, cài cúc giữa, dài tay hoặc ngắn tay, tay lơ vê, có nẹp cầu vai, phía trước có 2 túi có nắp.</w:t>
            </w:r>
          </w:p>
          <w:p w14:paraId="555F2888" w14:textId="09119995" w:rsidR="001641AF" w:rsidRPr="006C6F47" w:rsidRDefault="001641AF" w:rsidP="00213121">
            <w:pPr>
              <w:shd w:val="clear" w:color="auto" w:fill="FFFFFF"/>
              <w:spacing w:after="0" w:line="240" w:lineRule="auto"/>
              <w:rPr>
                <w:rFonts w:ascii="Times New Roman" w:hAnsi="Times New Roman" w:cs="Times New Roman"/>
                <w:b/>
                <w:lang w:val="vi-VN"/>
              </w:rPr>
            </w:pPr>
            <w:r w:rsidRPr="006C6F47">
              <w:rPr>
                <w:rFonts w:ascii="Times New Roman" w:hAnsi="Times New Roman" w:cs="Times New Roman"/>
                <w:b/>
                <w:lang w:val="vi-VN"/>
              </w:rPr>
              <w:t>* Tiêu chuẩ</w:t>
            </w:r>
            <w:r w:rsidR="00ED7B87" w:rsidRPr="006C6F47">
              <w:rPr>
                <w:rFonts w:ascii="Times New Roman" w:hAnsi="Times New Roman" w:cs="Times New Roman"/>
                <w:b/>
                <w:lang w:val="vi-VN"/>
              </w:rPr>
              <w:t xml:space="preserve">n </w:t>
            </w:r>
            <w:r w:rsidR="00ED7B87" w:rsidRPr="006C6F47">
              <w:rPr>
                <w:rFonts w:ascii="Times New Roman" w:hAnsi="Times New Roman" w:cs="Times New Roman"/>
                <w:b/>
              </w:rPr>
              <w:t>chất lượng</w:t>
            </w:r>
            <w:r w:rsidRPr="006C6F47">
              <w:rPr>
                <w:rFonts w:ascii="Times New Roman" w:hAnsi="Times New Roman" w:cs="Times New Roman"/>
                <w:b/>
                <w:lang w:val="vi-VN"/>
              </w:rPr>
              <w:t xml:space="preserve"> vải:</w:t>
            </w:r>
          </w:p>
          <w:p w14:paraId="379C6B57" w14:textId="62D83846" w:rsidR="00636DA2"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xml:space="preserve">Thành phần: Polyester  67%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r w:rsidRPr="006C6F47">
              <w:rPr>
                <w:rFonts w:ascii="Times New Roman" w:hAnsi="Times New Roman" w:cs="Times New Roman"/>
                <w:lang w:val="nl-NL"/>
              </w:rPr>
              <w:t xml:space="preserve"> ; cotton 33 %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p>
          <w:p w14:paraId="06CECAEA" w14:textId="033D944B" w:rsidR="00636DA2"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Khối lượng vải (G/M2): 170 đế</w:t>
            </w:r>
            <w:r w:rsidR="00761AAB" w:rsidRPr="006C6F47">
              <w:rPr>
                <w:rFonts w:ascii="Times New Roman" w:hAnsi="Times New Roman" w:cs="Times New Roman"/>
                <w:lang w:val="nl-NL"/>
              </w:rPr>
              <w:t>n 180</w:t>
            </w:r>
            <w:r w:rsidRPr="006C6F47">
              <w:rPr>
                <w:rFonts w:ascii="Times New Roman" w:hAnsi="Times New Roman" w:cs="Times New Roman"/>
                <w:lang w:val="nl-NL"/>
              </w:rPr>
              <w:t>.</w:t>
            </w:r>
          </w:p>
          <w:p w14:paraId="464B3279" w14:textId="6C6EA655" w:rsidR="00636DA2"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Mật độ (dọc x ngang) (sợi/10 cm): chiều dọ</w:t>
            </w:r>
            <w:r w:rsidR="00761AAB" w:rsidRPr="006C6F47">
              <w:rPr>
                <w:rFonts w:ascii="Times New Roman" w:hAnsi="Times New Roman" w:cs="Times New Roman"/>
                <w:lang w:val="nl-NL"/>
              </w:rPr>
              <w:t>c: 270</w:t>
            </w:r>
            <w:r w:rsidRPr="006C6F47">
              <w:rPr>
                <w:rFonts w:ascii="Times New Roman" w:hAnsi="Times New Roman" w:cs="Times New Roman"/>
                <w:lang w:val="nl-NL"/>
              </w:rPr>
              <w:t xml:space="preserve"> đế</w:t>
            </w:r>
            <w:r w:rsidR="00761AAB" w:rsidRPr="006C6F47">
              <w:rPr>
                <w:rFonts w:ascii="Times New Roman" w:hAnsi="Times New Roman" w:cs="Times New Roman"/>
                <w:lang w:val="nl-NL"/>
              </w:rPr>
              <w:t>n 290</w:t>
            </w:r>
            <w:r w:rsidRPr="006C6F47">
              <w:rPr>
                <w:rFonts w:ascii="Times New Roman" w:hAnsi="Times New Roman" w:cs="Times New Roman"/>
                <w:lang w:val="nl-NL"/>
              </w:rPr>
              <w:t>; chiề</w:t>
            </w:r>
            <w:r w:rsidR="00761AAB" w:rsidRPr="006C6F47">
              <w:rPr>
                <w:rFonts w:ascii="Times New Roman" w:hAnsi="Times New Roman" w:cs="Times New Roman"/>
                <w:lang w:val="nl-NL"/>
              </w:rPr>
              <w:t>u ngang: 270</w:t>
            </w:r>
            <w:r w:rsidRPr="006C6F47">
              <w:rPr>
                <w:rFonts w:ascii="Times New Roman" w:hAnsi="Times New Roman" w:cs="Times New Roman"/>
                <w:lang w:val="nl-NL"/>
              </w:rPr>
              <w:t xml:space="preserve"> đế</w:t>
            </w:r>
            <w:r w:rsidR="00761AAB" w:rsidRPr="006C6F47">
              <w:rPr>
                <w:rFonts w:ascii="Times New Roman" w:hAnsi="Times New Roman" w:cs="Times New Roman"/>
                <w:lang w:val="nl-NL"/>
              </w:rPr>
              <w:t>n 280</w:t>
            </w:r>
          </w:p>
          <w:p w14:paraId="4DDC2007" w14:textId="67738163" w:rsidR="00636DA2"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C: Phai màu cấ</w:t>
            </w:r>
            <w:r w:rsidR="00761AAB" w:rsidRPr="006C6F47">
              <w:rPr>
                <w:rFonts w:ascii="Times New Roman" w:hAnsi="Times New Roman" w:cs="Times New Roman"/>
                <w:lang w:val="nl-NL"/>
              </w:rPr>
              <w:t>p 4 trở lên</w:t>
            </w:r>
          </w:p>
          <w:p w14:paraId="07122B8A" w14:textId="77777777" w:rsidR="001641AF" w:rsidRPr="006C6F47" w:rsidRDefault="001641AF" w:rsidP="00213121">
            <w:pPr>
              <w:shd w:val="clear" w:color="auto" w:fill="FFFFFF"/>
              <w:spacing w:after="0" w:line="240" w:lineRule="auto"/>
              <w:rPr>
                <w:rFonts w:ascii="Times New Roman" w:hAnsi="Times New Roman" w:cs="Times New Roman"/>
                <w:b/>
                <w:lang w:val="vi-VN"/>
              </w:rPr>
            </w:pPr>
            <w:r w:rsidRPr="006C6F47">
              <w:rPr>
                <w:rFonts w:ascii="Times New Roman" w:hAnsi="Times New Roman" w:cs="Times New Roman"/>
                <w:lang w:val="vi-VN"/>
              </w:rPr>
              <w:t xml:space="preserve">* </w:t>
            </w:r>
            <w:r w:rsidRPr="006C6F47">
              <w:rPr>
                <w:rFonts w:ascii="Times New Roman" w:hAnsi="Times New Roman" w:cs="Times New Roman"/>
                <w:b/>
                <w:lang w:val="vi-VN"/>
              </w:rPr>
              <w:t>Quần:</w:t>
            </w:r>
          </w:p>
          <w:p w14:paraId="5F1D0268" w14:textId="77777777" w:rsidR="001641AF" w:rsidRPr="006C6F47" w:rsidRDefault="001641AF" w:rsidP="00213121">
            <w:pPr>
              <w:shd w:val="clear" w:color="auto" w:fill="FFFFFF"/>
              <w:spacing w:after="0" w:line="240" w:lineRule="auto"/>
              <w:rPr>
                <w:rFonts w:ascii="Times New Roman" w:hAnsi="Times New Roman" w:cs="Times New Roman"/>
                <w:lang w:val="vi-VN"/>
              </w:rPr>
            </w:pPr>
            <w:r w:rsidRPr="006C6F47">
              <w:rPr>
                <w:rFonts w:ascii="Times New Roman" w:hAnsi="Times New Roman" w:cs="Times New Roman"/>
                <w:lang w:val="vi-VN"/>
              </w:rPr>
              <w:t>- Chất liệu, màu sắc: Kaki xanh đen</w:t>
            </w:r>
          </w:p>
          <w:p w14:paraId="76F22F3D" w14:textId="77777777" w:rsidR="001641AF" w:rsidRPr="006C6F47" w:rsidRDefault="001641AF" w:rsidP="00213121">
            <w:pPr>
              <w:shd w:val="clear" w:color="auto" w:fill="FFFFFF"/>
              <w:spacing w:after="0" w:line="240" w:lineRule="auto"/>
              <w:rPr>
                <w:rFonts w:ascii="Times New Roman" w:hAnsi="Times New Roman" w:cs="Times New Roman"/>
                <w:b/>
                <w:lang w:val="vi-VN"/>
              </w:rPr>
            </w:pPr>
            <w:r w:rsidRPr="006C6F47">
              <w:rPr>
                <w:rFonts w:ascii="Times New Roman" w:hAnsi="Times New Roman" w:cs="Times New Roman"/>
                <w:lang w:val="vi-VN"/>
              </w:rPr>
              <w:t>- Kiểu dáng: Quần âu 2 ly, có 1 túi sau</w:t>
            </w:r>
          </w:p>
          <w:p w14:paraId="440B20BC" w14:textId="6BF007B6" w:rsidR="001641AF" w:rsidRPr="006C6F47" w:rsidRDefault="001641AF" w:rsidP="00213121">
            <w:pPr>
              <w:shd w:val="clear" w:color="auto" w:fill="FFFFFF"/>
              <w:spacing w:after="0" w:line="240" w:lineRule="auto"/>
              <w:rPr>
                <w:rFonts w:ascii="Times New Roman" w:hAnsi="Times New Roman" w:cs="Times New Roman"/>
                <w:b/>
                <w:lang w:val="vi-VN"/>
              </w:rPr>
            </w:pPr>
            <w:r w:rsidRPr="006C6F47">
              <w:rPr>
                <w:rFonts w:ascii="Times New Roman" w:hAnsi="Times New Roman" w:cs="Times New Roman"/>
                <w:b/>
                <w:lang w:val="vi-VN"/>
              </w:rPr>
              <w:t xml:space="preserve">* Tiêu chuẩn </w:t>
            </w:r>
            <w:r w:rsidR="00ED7B87" w:rsidRPr="006C6F47">
              <w:rPr>
                <w:rFonts w:ascii="Times New Roman" w:hAnsi="Times New Roman" w:cs="Times New Roman"/>
                <w:b/>
              </w:rPr>
              <w:t>chất lượng</w:t>
            </w:r>
            <w:r w:rsidRPr="006C6F47">
              <w:rPr>
                <w:rFonts w:ascii="Times New Roman" w:hAnsi="Times New Roman" w:cs="Times New Roman"/>
                <w:b/>
                <w:lang w:val="vi-VN"/>
              </w:rPr>
              <w:t xml:space="preserve"> vải:</w:t>
            </w:r>
          </w:p>
          <w:p w14:paraId="52C6AD46" w14:textId="75035F80" w:rsidR="00636DA2"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vi-VN"/>
              </w:rPr>
              <w:t>-</w:t>
            </w:r>
            <w:r w:rsidRPr="006C6F47">
              <w:rPr>
                <w:rFonts w:ascii="Times New Roman" w:hAnsi="Times New Roman" w:cs="Times New Roman"/>
                <w:lang w:val="nl-NL"/>
              </w:rPr>
              <w:t xml:space="preserve">Thành phần: Polyester  71%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r w:rsidRPr="006C6F47">
              <w:rPr>
                <w:rFonts w:ascii="Times New Roman" w:hAnsi="Times New Roman" w:cs="Times New Roman"/>
                <w:lang w:val="nl-NL"/>
              </w:rPr>
              <w:t xml:space="preserve"> ; Rayon 29 %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p>
          <w:p w14:paraId="2AF23810" w14:textId="7264B332" w:rsidR="00636DA2" w:rsidRPr="006C6F47" w:rsidRDefault="00636DA2"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Khối lượng vải (G/M</w:t>
            </w:r>
            <w:r w:rsidRPr="006C6F47">
              <w:rPr>
                <w:rFonts w:ascii="Times New Roman" w:hAnsi="Times New Roman" w:cs="Times New Roman"/>
                <w:vertAlign w:val="superscript"/>
                <w:lang w:val="vi-VN"/>
              </w:rPr>
              <w:t>2</w:t>
            </w:r>
            <w:r w:rsidR="00761AAB" w:rsidRPr="006C6F47">
              <w:rPr>
                <w:rFonts w:ascii="Times New Roman" w:hAnsi="Times New Roman" w:cs="Times New Roman"/>
                <w:lang w:val="vi-VN"/>
              </w:rPr>
              <w:t>): 28</w:t>
            </w:r>
            <w:r w:rsidR="00761AAB" w:rsidRPr="006C6F47">
              <w:rPr>
                <w:rFonts w:ascii="Times New Roman" w:hAnsi="Times New Roman" w:cs="Times New Roman"/>
              </w:rPr>
              <w:t>0</w:t>
            </w:r>
            <w:r w:rsidRPr="006C6F47">
              <w:rPr>
                <w:rFonts w:ascii="Times New Roman" w:hAnsi="Times New Roman" w:cs="Times New Roman"/>
                <w:lang w:val="vi-VN"/>
              </w:rPr>
              <w:t xml:space="preserve"> đến </w:t>
            </w:r>
            <w:r w:rsidR="00761AAB" w:rsidRPr="006C6F47">
              <w:rPr>
                <w:rFonts w:ascii="Times New Roman" w:hAnsi="Times New Roman" w:cs="Times New Roman"/>
                <w:lang w:val="nl-NL"/>
              </w:rPr>
              <w:t>290</w:t>
            </w:r>
            <w:r w:rsidRPr="006C6F47">
              <w:rPr>
                <w:rFonts w:ascii="Times New Roman" w:hAnsi="Times New Roman" w:cs="Times New Roman"/>
                <w:lang w:val="vi-VN"/>
              </w:rPr>
              <w:t>.</w:t>
            </w:r>
          </w:p>
          <w:p w14:paraId="295D8B4A" w14:textId="3F87560C" w:rsidR="00636DA2" w:rsidRPr="006C6F47" w:rsidRDefault="00636DA2" w:rsidP="00213121">
            <w:pPr>
              <w:spacing w:after="0" w:line="240" w:lineRule="auto"/>
              <w:rPr>
                <w:rFonts w:ascii="Times New Roman" w:hAnsi="Times New Roman" w:cs="Times New Roman"/>
              </w:rPr>
            </w:pPr>
            <w:r w:rsidRPr="006C6F47">
              <w:rPr>
                <w:rFonts w:ascii="Times New Roman" w:hAnsi="Times New Roman" w:cs="Times New Roman"/>
                <w:lang w:val="vi-VN"/>
              </w:rPr>
              <w:t>- Mật độ (dọc x ngang) (sợi/10 cm): chiều dọ</w:t>
            </w:r>
            <w:r w:rsidR="00761AAB" w:rsidRPr="006C6F47">
              <w:rPr>
                <w:rFonts w:ascii="Times New Roman" w:hAnsi="Times New Roman" w:cs="Times New Roman"/>
                <w:lang w:val="vi-VN"/>
              </w:rPr>
              <w:t>c: 71</w:t>
            </w:r>
            <w:r w:rsidR="00761AAB" w:rsidRPr="006C6F47">
              <w:rPr>
                <w:rFonts w:ascii="Times New Roman" w:hAnsi="Times New Roman" w:cs="Times New Roman"/>
              </w:rPr>
              <w:t>0</w:t>
            </w:r>
            <w:r w:rsidRPr="006C6F47">
              <w:rPr>
                <w:rFonts w:ascii="Times New Roman" w:hAnsi="Times New Roman" w:cs="Times New Roman"/>
                <w:lang w:val="vi-VN"/>
              </w:rPr>
              <w:t xml:space="preserve"> đế</w:t>
            </w:r>
            <w:r w:rsidR="00761AAB" w:rsidRPr="006C6F47">
              <w:rPr>
                <w:rFonts w:ascii="Times New Roman" w:hAnsi="Times New Roman" w:cs="Times New Roman"/>
                <w:lang w:val="vi-VN"/>
              </w:rPr>
              <w:t>n 7</w:t>
            </w:r>
            <w:r w:rsidR="00761AAB" w:rsidRPr="006C6F47">
              <w:rPr>
                <w:rFonts w:ascii="Times New Roman" w:hAnsi="Times New Roman" w:cs="Times New Roman"/>
              </w:rPr>
              <w:t>30</w:t>
            </w:r>
            <w:r w:rsidRPr="006C6F47">
              <w:rPr>
                <w:rFonts w:ascii="Times New Roman" w:hAnsi="Times New Roman" w:cs="Times New Roman"/>
                <w:lang w:val="vi-VN"/>
              </w:rPr>
              <w:t xml:space="preserve">; chiều </w:t>
            </w:r>
            <w:r w:rsidR="00761AAB" w:rsidRPr="006C6F47">
              <w:rPr>
                <w:rFonts w:ascii="Times New Roman" w:hAnsi="Times New Roman" w:cs="Times New Roman"/>
                <w:lang w:val="vi-VN"/>
              </w:rPr>
              <w:t>ngang: 37</w:t>
            </w:r>
            <w:r w:rsidR="00761AAB" w:rsidRPr="006C6F47">
              <w:rPr>
                <w:rFonts w:ascii="Times New Roman" w:hAnsi="Times New Roman" w:cs="Times New Roman"/>
              </w:rPr>
              <w:t>0</w:t>
            </w:r>
            <w:r w:rsidRPr="006C6F47">
              <w:rPr>
                <w:rFonts w:ascii="Times New Roman" w:hAnsi="Times New Roman" w:cs="Times New Roman"/>
                <w:lang w:val="vi-VN"/>
              </w:rPr>
              <w:t xml:space="preserve"> đế</w:t>
            </w:r>
            <w:r w:rsidR="00761AAB" w:rsidRPr="006C6F47">
              <w:rPr>
                <w:rFonts w:ascii="Times New Roman" w:hAnsi="Times New Roman" w:cs="Times New Roman"/>
                <w:lang w:val="vi-VN"/>
              </w:rPr>
              <w:t>n 3</w:t>
            </w:r>
            <w:r w:rsidR="00761AAB" w:rsidRPr="006C6F47">
              <w:rPr>
                <w:rFonts w:ascii="Times New Roman" w:hAnsi="Times New Roman" w:cs="Times New Roman"/>
              </w:rPr>
              <w:t>80</w:t>
            </w:r>
          </w:p>
          <w:p w14:paraId="4004EEA1" w14:textId="1D7D5584" w:rsidR="001641AF"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C: Phai màu cấ</w:t>
            </w:r>
            <w:r w:rsidR="00761AAB" w:rsidRPr="006C6F47">
              <w:rPr>
                <w:rFonts w:ascii="Times New Roman" w:hAnsi="Times New Roman" w:cs="Times New Roman"/>
                <w:lang w:val="nl-NL"/>
              </w:rPr>
              <w:t>p 4 trở lên.</w:t>
            </w:r>
          </w:p>
        </w:tc>
        <w:tc>
          <w:tcPr>
            <w:tcW w:w="765" w:type="dxa"/>
            <w:vAlign w:val="center"/>
          </w:tcPr>
          <w:p w14:paraId="6D7AB061" w14:textId="77777777" w:rsidR="001641AF" w:rsidRPr="006C6F47" w:rsidRDefault="001641AF" w:rsidP="006C6F47">
            <w:pPr>
              <w:widowControl w:val="0"/>
              <w:spacing w:after="0" w:line="240" w:lineRule="auto"/>
              <w:jc w:val="center"/>
              <w:rPr>
                <w:rFonts w:ascii="Times New Roman" w:hAnsi="Times New Roman" w:cs="Times New Roman"/>
                <w:iCs/>
                <w:lang w:val="vi-VN"/>
              </w:rPr>
            </w:pPr>
            <w:r w:rsidRPr="006C6F47">
              <w:rPr>
                <w:rFonts w:ascii="Times New Roman" w:hAnsi="Times New Roman" w:cs="Times New Roman"/>
              </w:rPr>
              <w:t>Bộ</w:t>
            </w:r>
          </w:p>
        </w:tc>
        <w:tc>
          <w:tcPr>
            <w:tcW w:w="1272" w:type="dxa"/>
            <w:vAlign w:val="center"/>
          </w:tcPr>
          <w:p w14:paraId="16CD7BD7" w14:textId="2BF34CDD" w:rsidR="001641AF" w:rsidRPr="006C6F47" w:rsidRDefault="00C320D9" w:rsidP="006C6F47">
            <w:pPr>
              <w:spacing w:after="0" w:line="240" w:lineRule="auto"/>
              <w:jc w:val="center"/>
              <w:rPr>
                <w:rFonts w:ascii="Times New Roman" w:hAnsi="Times New Roman" w:cs="Times New Roman"/>
              </w:rPr>
            </w:pPr>
            <w:r w:rsidRPr="006C6F47">
              <w:rPr>
                <w:rFonts w:ascii="Times New Roman" w:hAnsi="Times New Roman" w:cs="Times New Roman"/>
              </w:rPr>
              <w:t>40</w:t>
            </w:r>
          </w:p>
        </w:tc>
      </w:tr>
      <w:tr w:rsidR="006C6F47" w:rsidRPr="006C6F47" w14:paraId="57E0970A" w14:textId="77777777" w:rsidTr="00213121">
        <w:trPr>
          <w:trHeight w:val="1610"/>
        </w:trPr>
        <w:tc>
          <w:tcPr>
            <w:tcW w:w="709" w:type="dxa"/>
            <w:vAlign w:val="center"/>
          </w:tcPr>
          <w:p w14:paraId="453F10BA" w14:textId="5E0F2D94" w:rsidR="001641AF" w:rsidRPr="006C6F47" w:rsidRDefault="001641AF" w:rsidP="006C6F47">
            <w:pPr>
              <w:pStyle w:val="ListParagraph"/>
              <w:widowControl w:val="0"/>
              <w:spacing w:after="0" w:line="240" w:lineRule="auto"/>
              <w:ind w:left="0"/>
              <w:jc w:val="center"/>
              <w:rPr>
                <w:rFonts w:ascii="Times New Roman" w:hAnsi="Times New Roman" w:cs="Times New Roman"/>
                <w:iCs/>
              </w:rPr>
            </w:pPr>
            <w:r w:rsidRPr="006C6F47">
              <w:rPr>
                <w:rFonts w:ascii="Times New Roman" w:hAnsi="Times New Roman" w:cs="Times New Roman"/>
                <w:iCs/>
              </w:rPr>
              <w:lastRenderedPageBreak/>
              <w:t>10</w:t>
            </w:r>
          </w:p>
        </w:tc>
        <w:tc>
          <w:tcPr>
            <w:tcW w:w="1843" w:type="dxa"/>
            <w:vAlign w:val="center"/>
          </w:tcPr>
          <w:p w14:paraId="1F7179E7" w14:textId="289E5846" w:rsidR="001641AF" w:rsidRPr="006C6F47" w:rsidRDefault="001641AF" w:rsidP="006C6F47">
            <w:pPr>
              <w:spacing w:after="0" w:line="240" w:lineRule="auto"/>
              <w:jc w:val="center"/>
              <w:rPr>
                <w:rFonts w:ascii="Times New Roman" w:hAnsi="Times New Roman" w:cs="Times New Roman"/>
              </w:rPr>
            </w:pPr>
            <w:r w:rsidRPr="006C6F47">
              <w:rPr>
                <w:rFonts w:ascii="Times New Roman" w:hAnsi="Times New Roman" w:cs="Times New Roman"/>
              </w:rPr>
              <w:t>Đồ bộ phẫu thuật</w:t>
            </w:r>
          </w:p>
        </w:tc>
        <w:tc>
          <w:tcPr>
            <w:tcW w:w="5759" w:type="dxa"/>
            <w:vAlign w:val="center"/>
          </w:tcPr>
          <w:p w14:paraId="2B68825C" w14:textId="1C3B7C87" w:rsidR="001641AF" w:rsidRPr="006C6F47" w:rsidRDefault="001641AF" w:rsidP="00213121">
            <w:pPr>
              <w:spacing w:after="0" w:line="240" w:lineRule="auto"/>
              <w:rPr>
                <w:rFonts w:ascii="Times New Roman" w:eastAsia="Times New Roman" w:hAnsi="Times New Roman" w:cs="Times New Roman"/>
                <w:b/>
                <w:lang w:val="nl-NL"/>
              </w:rPr>
            </w:pPr>
            <w:r w:rsidRPr="006C6F47">
              <w:rPr>
                <w:rFonts w:ascii="Times New Roman" w:eastAsia="Times New Roman" w:hAnsi="Times New Roman" w:cs="Times New Roman"/>
                <w:b/>
                <w:lang w:val="nl-NL"/>
              </w:rPr>
              <w:t>Áo</w:t>
            </w:r>
          </w:p>
          <w:p w14:paraId="635DBD6A" w14:textId="31250828" w:rsidR="001641AF" w:rsidRPr="006C6F47" w:rsidRDefault="001641AF" w:rsidP="00213121">
            <w:pPr>
              <w:spacing w:after="0" w:line="240" w:lineRule="auto"/>
              <w:rPr>
                <w:rFonts w:ascii="Times New Roman" w:eastAsia="Times New Roman" w:hAnsi="Times New Roman" w:cs="Times New Roman"/>
                <w:lang w:val="nl-NL"/>
              </w:rPr>
            </w:pPr>
            <w:r w:rsidRPr="006C6F47">
              <w:rPr>
                <w:rFonts w:ascii="Times New Roman" w:eastAsia="Times New Roman" w:hAnsi="Times New Roman" w:cs="Times New Roman"/>
                <w:lang w:val="nl-NL"/>
              </w:rPr>
              <w:t>-Chất liệu: Kate Ford</w:t>
            </w:r>
          </w:p>
          <w:p w14:paraId="1E387BFA" w14:textId="77777777" w:rsidR="001641AF" w:rsidRPr="006C6F47" w:rsidRDefault="001641AF" w:rsidP="00213121">
            <w:pPr>
              <w:spacing w:after="0" w:line="240" w:lineRule="auto"/>
              <w:rPr>
                <w:rFonts w:ascii="Times New Roman" w:eastAsia="Times New Roman" w:hAnsi="Times New Roman" w:cs="Times New Roman"/>
                <w:lang w:val="nl-NL"/>
              </w:rPr>
            </w:pPr>
            <w:r w:rsidRPr="006C6F47">
              <w:rPr>
                <w:rFonts w:ascii="Times New Roman" w:eastAsia="Times New Roman" w:hAnsi="Times New Roman" w:cs="Times New Roman"/>
                <w:lang w:val="nl-NL"/>
              </w:rPr>
              <w:t>-Màu sắc: Xanh cổ vịt</w:t>
            </w:r>
          </w:p>
          <w:p w14:paraId="77F8F1F2" w14:textId="77777777" w:rsidR="001641AF" w:rsidRPr="006C6F47" w:rsidRDefault="001641AF" w:rsidP="00213121">
            <w:pPr>
              <w:spacing w:after="0" w:line="240" w:lineRule="auto"/>
              <w:rPr>
                <w:rFonts w:ascii="Times New Roman" w:eastAsia="Times New Roman" w:hAnsi="Times New Roman" w:cs="Times New Roman"/>
                <w:lang w:val="nl-NL"/>
              </w:rPr>
            </w:pPr>
            <w:r w:rsidRPr="006C6F47">
              <w:rPr>
                <w:rFonts w:ascii="Times New Roman" w:eastAsia="Times New Roman" w:hAnsi="Times New Roman" w:cs="Times New Roman"/>
                <w:lang w:val="nl-NL"/>
              </w:rPr>
              <w:t>-Kiểu dáng:  Áo cổ tim chui đầu, tay ngắn, áo nam có 1 túi trên, áo nữ có 2 túi dưới</w:t>
            </w:r>
          </w:p>
          <w:p w14:paraId="34F8DF33" w14:textId="74B6BA73" w:rsidR="00636DA2" w:rsidRPr="006C6F47" w:rsidRDefault="00636DA2" w:rsidP="00213121">
            <w:pPr>
              <w:shd w:val="clear" w:color="auto" w:fill="FFFFFF"/>
              <w:spacing w:after="0" w:line="240" w:lineRule="auto"/>
              <w:rPr>
                <w:rFonts w:ascii="Times New Roman" w:hAnsi="Times New Roman" w:cs="Times New Roman"/>
                <w:b/>
                <w:lang w:val="nl-NL"/>
              </w:rPr>
            </w:pPr>
            <w:r w:rsidRPr="006C6F47">
              <w:rPr>
                <w:rFonts w:ascii="Times New Roman" w:hAnsi="Times New Roman" w:cs="Times New Roman"/>
                <w:b/>
                <w:lang w:val="vi-VN"/>
              </w:rPr>
              <w:t>* Tiêu chuẩ</w:t>
            </w:r>
            <w:r w:rsidR="00ED7B87" w:rsidRPr="006C6F47">
              <w:rPr>
                <w:rFonts w:ascii="Times New Roman" w:hAnsi="Times New Roman" w:cs="Times New Roman"/>
                <w:b/>
                <w:lang w:val="vi-VN"/>
              </w:rPr>
              <w:t xml:space="preserve">n </w:t>
            </w:r>
            <w:r w:rsidR="00ED7B87" w:rsidRPr="006C6F47">
              <w:rPr>
                <w:rFonts w:ascii="Times New Roman" w:hAnsi="Times New Roman" w:cs="Times New Roman"/>
                <w:b/>
              </w:rPr>
              <w:t xml:space="preserve">chất lượng </w:t>
            </w:r>
            <w:r w:rsidRPr="006C6F47">
              <w:rPr>
                <w:rFonts w:ascii="Times New Roman" w:hAnsi="Times New Roman" w:cs="Times New Roman"/>
                <w:b/>
                <w:lang w:val="vi-VN"/>
              </w:rPr>
              <w:t>vải:</w:t>
            </w:r>
          </w:p>
          <w:p w14:paraId="6F4E7F2F" w14:textId="315530BA" w:rsidR="00636DA2"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vi-VN"/>
              </w:rPr>
              <w:t>-</w:t>
            </w:r>
            <w:r w:rsidRPr="006C6F47">
              <w:rPr>
                <w:rFonts w:ascii="Times New Roman" w:hAnsi="Times New Roman" w:cs="Times New Roman"/>
                <w:lang w:val="nl-NL"/>
              </w:rPr>
              <w:t xml:space="preserve">Thành phần: Polyester  65 %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r w:rsidRPr="006C6F47">
              <w:rPr>
                <w:rFonts w:ascii="Times New Roman" w:hAnsi="Times New Roman" w:cs="Times New Roman"/>
                <w:lang w:val="nl-NL"/>
              </w:rPr>
              <w:t xml:space="preserve"> ; Cotton 35 %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p>
          <w:p w14:paraId="3172274F" w14:textId="211BB867" w:rsidR="00636DA2" w:rsidRPr="006C6F47" w:rsidRDefault="00636DA2"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xml:space="preserve">- Khối lượng vải (G/M2): </w:t>
            </w:r>
            <w:r w:rsidR="00761AAB" w:rsidRPr="006C6F47">
              <w:rPr>
                <w:rFonts w:ascii="Times New Roman" w:hAnsi="Times New Roman" w:cs="Times New Roman"/>
                <w:lang w:val="nl-NL"/>
              </w:rPr>
              <w:t>150</w:t>
            </w:r>
            <w:r w:rsidRPr="006C6F47">
              <w:rPr>
                <w:rFonts w:ascii="Times New Roman" w:hAnsi="Times New Roman" w:cs="Times New Roman"/>
                <w:lang w:val="vi-VN"/>
              </w:rPr>
              <w:t xml:space="preserve"> đến </w:t>
            </w:r>
            <w:r w:rsidRPr="006C6F47">
              <w:rPr>
                <w:rFonts w:ascii="Times New Roman" w:hAnsi="Times New Roman" w:cs="Times New Roman"/>
                <w:lang w:val="nl-NL"/>
              </w:rPr>
              <w:t>1</w:t>
            </w:r>
            <w:r w:rsidR="00761AAB" w:rsidRPr="006C6F47">
              <w:rPr>
                <w:rFonts w:ascii="Times New Roman" w:hAnsi="Times New Roman" w:cs="Times New Roman"/>
                <w:lang w:val="nl-NL"/>
              </w:rPr>
              <w:t>60</w:t>
            </w:r>
            <w:r w:rsidRPr="006C6F47">
              <w:rPr>
                <w:rFonts w:ascii="Times New Roman" w:hAnsi="Times New Roman" w:cs="Times New Roman"/>
                <w:lang w:val="nl-NL"/>
              </w:rPr>
              <w:t>.</w:t>
            </w:r>
          </w:p>
          <w:p w14:paraId="035AD7A5" w14:textId="2B91F261" w:rsidR="00636DA2" w:rsidRPr="006C6F47" w:rsidRDefault="00636DA2"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xml:space="preserve">- Mật độ (dọc x ngang) (sợi/10 cm): chiều dọc: </w:t>
            </w:r>
            <w:r w:rsidR="00761AAB" w:rsidRPr="006C6F47">
              <w:rPr>
                <w:rFonts w:ascii="Times New Roman" w:hAnsi="Times New Roman" w:cs="Times New Roman"/>
                <w:lang w:val="vi-VN"/>
              </w:rPr>
              <w:t>23</w:t>
            </w:r>
            <w:r w:rsidR="00761AAB" w:rsidRPr="006C6F47">
              <w:rPr>
                <w:rFonts w:ascii="Times New Roman" w:hAnsi="Times New Roman" w:cs="Times New Roman"/>
              </w:rPr>
              <w:t>0</w:t>
            </w:r>
            <w:r w:rsidRPr="006C6F47">
              <w:rPr>
                <w:rFonts w:ascii="Times New Roman" w:hAnsi="Times New Roman" w:cs="Times New Roman"/>
                <w:lang w:val="vi-VN"/>
              </w:rPr>
              <w:t xml:space="preserve"> đến </w:t>
            </w:r>
            <w:r w:rsidR="00761AAB" w:rsidRPr="006C6F47">
              <w:rPr>
                <w:rFonts w:ascii="Times New Roman" w:hAnsi="Times New Roman" w:cs="Times New Roman"/>
                <w:lang w:val="vi-VN"/>
              </w:rPr>
              <w:t>2</w:t>
            </w:r>
            <w:r w:rsidR="00761AAB" w:rsidRPr="006C6F47">
              <w:rPr>
                <w:rFonts w:ascii="Times New Roman" w:hAnsi="Times New Roman" w:cs="Times New Roman"/>
              </w:rPr>
              <w:t>40</w:t>
            </w:r>
            <w:r w:rsidRPr="006C6F47">
              <w:rPr>
                <w:rFonts w:ascii="Times New Roman" w:hAnsi="Times New Roman" w:cs="Times New Roman"/>
                <w:lang w:val="vi-VN"/>
              </w:rPr>
              <w:t xml:space="preserve">; chiều ngang: </w:t>
            </w:r>
            <w:r w:rsidR="00761AAB" w:rsidRPr="006C6F47">
              <w:rPr>
                <w:rFonts w:ascii="Times New Roman" w:hAnsi="Times New Roman" w:cs="Times New Roman"/>
                <w:lang w:val="vi-VN"/>
              </w:rPr>
              <w:t>23</w:t>
            </w:r>
            <w:r w:rsidR="00761AAB" w:rsidRPr="006C6F47">
              <w:rPr>
                <w:rFonts w:ascii="Times New Roman" w:hAnsi="Times New Roman" w:cs="Times New Roman"/>
              </w:rPr>
              <w:t>0</w:t>
            </w:r>
            <w:r w:rsidRPr="006C6F47">
              <w:rPr>
                <w:rFonts w:ascii="Times New Roman" w:hAnsi="Times New Roman" w:cs="Times New Roman"/>
                <w:lang w:val="vi-VN"/>
              </w:rPr>
              <w:t xml:space="preserve"> đến 240</w:t>
            </w:r>
          </w:p>
          <w:p w14:paraId="2EA39038" w14:textId="477837BA" w:rsidR="00636DA2" w:rsidRPr="006C6F47" w:rsidRDefault="00636DA2" w:rsidP="00213121">
            <w:pPr>
              <w:shd w:val="clear" w:color="auto" w:fill="FFFFFF"/>
              <w:spacing w:after="0" w:line="240" w:lineRule="auto"/>
              <w:rPr>
                <w:rFonts w:ascii="Times New Roman" w:hAnsi="Times New Roman" w:cs="Times New Roman"/>
                <w:b/>
                <w:u w:val="single"/>
                <w:lang w:val="vi-VN"/>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C: Phai màu cấ</w:t>
            </w:r>
            <w:r w:rsidR="00761AAB" w:rsidRPr="006C6F47">
              <w:rPr>
                <w:rFonts w:ascii="Times New Roman" w:hAnsi="Times New Roman" w:cs="Times New Roman"/>
                <w:lang w:val="nl-NL"/>
              </w:rPr>
              <w:t>p 4 trở lên</w:t>
            </w:r>
            <w:r w:rsidRPr="006C6F47">
              <w:rPr>
                <w:rFonts w:ascii="Times New Roman" w:hAnsi="Times New Roman" w:cs="Times New Roman"/>
                <w:lang w:val="nl-NL"/>
              </w:rPr>
              <w:t>.</w:t>
            </w:r>
          </w:p>
          <w:p w14:paraId="14D65BA7" w14:textId="77777777" w:rsidR="001641AF" w:rsidRPr="006C6F47" w:rsidRDefault="001641AF" w:rsidP="00213121">
            <w:pPr>
              <w:spacing w:after="0" w:line="240" w:lineRule="auto"/>
              <w:rPr>
                <w:rFonts w:ascii="Times New Roman" w:eastAsia="Times New Roman" w:hAnsi="Times New Roman" w:cs="Times New Roman"/>
                <w:b/>
                <w:bCs/>
                <w:lang w:val="nl-NL"/>
              </w:rPr>
            </w:pPr>
            <w:r w:rsidRPr="006C6F47">
              <w:rPr>
                <w:rFonts w:ascii="Times New Roman" w:eastAsia="Times New Roman" w:hAnsi="Times New Roman" w:cs="Times New Roman"/>
                <w:b/>
                <w:bCs/>
                <w:lang w:val="nl-NL"/>
              </w:rPr>
              <w:t>Quần:</w:t>
            </w:r>
          </w:p>
          <w:p w14:paraId="7E86CCA9" w14:textId="3F7E0D2D" w:rsidR="001641AF" w:rsidRPr="006C6F47" w:rsidRDefault="001641AF" w:rsidP="00213121">
            <w:pPr>
              <w:spacing w:after="0" w:line="240" w:lineRule="auto"/>
              <w:rPr>
                <w:rFonts w:ascii="Times New Roman" w:eastAsia="Times New Roman" w:hAnsi="Times New Roman" w:cs="Times New Roman"/>
                <w:lang w:val="nl-NL"/>
              </w:rPr>
            </w:pPr>
            <w:r w:rsidRPr="006C6F47">
              <w:rPr>
                <w:rFonts w:ascii="Times New Roman" w:eastAsia="Times New Roman" w:hAnsi="Times New Roman" w:cs="Times New Roman"/>
                <w:lang w:val="nl-NL"/>
              </w:rPr>
              <w:t>-Chất liệu: Kate Ford</w:t>
            </w:r>
          </w:p>
          <w:p w14:paraId="14667C0A" w14:textId="1DA97A4D" w:rsidR="001641AF" w:rsidRPr="006C6F47" w:rsidRDefault="001641AF" w:rsidP="00213121">
            <w:pPr>
              <w:spacing w:after="0" w:line="240" w:lineRule="auto"/>
              <w:rPr>
                <w:rFonts w:ascii="Times New Roman" w:eastAsia="Times New Roman" w:hAnsi="Times New Roman" w:cs="Times New Roman"/>
                <w:lang w:val="nl-NL"/>
              </w:rPr>
            </w:pPr>
            <w:r w:rsidRPr="006C6F47">
              <w:rPr>
                <w:rFonts w:ascii="Times New Roman" w:eastAsia="Times New Roman" w:hAnsi="Times New Roman" w:cs="Times New Roman"/>
                <w:lang w:val="nl-NL"/>
              </w:rPr>
              <w:t>-Màu sắc: Cùng màu sắ</w:t>
            </w:r>
            <w:r w:rsidR="009D3F19">
              <w:rPr>
                <w:rFonts w:ascii="Times New Roman" w:eastAsia="Times New Roman" w:hAnsi="Times New Roman" w:cs="Times New Roman"/>
                <w:lang w:val="nl-NL"/>
              </w:rPr>
              <w:t>c, họa tiết với màu</w:t>
            </w:r>
            <w:r w:rsidRPr="006C6F47">
              <w:rPr>
                <w:rFonts w:ascii="Times New Roman" w:eastAsia="Times New Roman" w:hAnsi="Times New Roman" w:cs="Times New Roman"/>
                <w:lang w:val="nl-NL"/>
              </w:rPr>
              <w:t xml:space="preserve"> </w:t>
            </w:r>
            <w:r w:rsidR="009D3F19">
              <w:rPr>
                <w:rFonts w:ascii="Times New Roman" w:eastAsia="Times New Roman" w:hAnsi="Times New Roman" w:cs="Times New Roman"/>
                <w:lang w:val="nl-NL"/>
              </w:rPr>
              <w:t>của áo.</w:t>
            </w:r>
          </w:p>
          <w:p w14:paraId="3AB13CDD" w14:textId="47052945" w:rsidR="001641AF" w:rsidRPr="006C6F47" w:rsidRDefault="001641AF" w:rsidP="00213121">
            <w:pPr>
              <w:spacing w:after="0" w:line="240" w:lineRule="auto"/>
              <w:rPr>
                <w:rFonts w:ascii="Times New Roman" w:eastAsia="Times New Roman" w:hAnsi="Times New Roman" w:cs="Times New Roman"/>
                <w:lang w:val="nl-NL"/>
              </w:rPr>
            </w:pPr>
            <w:r w:rsidRPr="006C6F47">
              <w:rPr>
                <w:rFonts w:ascii="Times New Roman" w:eastAsia="Times New Roman" w:hAnsi="Times New Roman" w:cs="Times New Roman"/>
                <w:lang w:val="nl-NL"/>
              </w:rPr>
              <w:t>-Kiểu dáng: Quần kiểu pyjama</w:t>
            </w:r>
            <w:r w:rsidR="009D3F19">
              <w:rPr>
                <w:rFonts w:ascii="Times New Roman" w:eastAsia="Times New Roman" w:hAnsi="Times New Roman" w:cs="Times New Roman"/>
                <w:lang w:val="nl-NL"/>
              </w:rPr>
              <w:t>/lưng thun tùy theo nhu cầu sử dụng.</w:t>
            </w:r>
            <w:bookmarkStart w:id="1" w:name="_GoBack"/>
            <w:bookmarkEnd w:id="1"/>
          </w:p>
          <w:p w14:paraId="38D6CED3" w14:textId="61CC554E" w:rsidR="00636DA2" w:rsidRPr="006C6F47" w:rsidRDefault="00636DA2" w:rsidP="00213121">
            <w:pPr>
              <w:shd w:val="clear" w:color="auto" w:fill="FFFFFF"/>
              <w:spacing w:after="0" w:line="240" w:lineRule="auto"/>
              <w:rPr>
                <w:rFonts w:ascii="Times New Roman" w:hAnsi="Times New Roman" w:cs="Times New Roman"/>
                <w:b/>
                <w:lang w:val="nl-NL"/>
              </w:rPr>
            </w:pPr>
            <w:r w:rsidRPr="006C6F47">
              <w:rPr>
                <w:rFonts w:ascii="Times New Roman" w:hAnsi="Times New Roman" w:cs="Times New Roman"/>
                <w:b/>
                <w:lang w:val="vi-VN"/>
              </w:rPr>
              <w:t>* Tiêu chuẩ</w:t>
            </w:r>
            <w:r w:rsidR="00ED7B87" w:rsidRPr="006C6F47">
              <w:rPr>
                <w:rFonts w:ascii="Times New Roman" w:hAnsi="Times New Roman" w:cs="Times New Roman"/>
                <w:b/>
                <w:lang w:val="vi-VN"/>
              </w:rPr>
              <w:t xml:space="preserve">n </w:t>
            </w:r>
            <w:r w:rsidR="00ED7B87" w:rsidRPr="006C6F47">
              <w:rPr>
                <w:rFonts w:ascii="Times New Roman" w:hAnsi="Times New Roman" w:cs="Times New Roman"/>
                <w:b/>
              </w:rPr>
              <w:t>chất lượng</w:t>
            </w:r>
            <w:r w:rsidRPr="006C6F47">
              <w:rPr>
                <w:rFonts w:ascii="Times New Roman" w:hAnsi="Times New Roman" w:cs="Times New Roman"/>
                <w:b/>
                <w:lang w:val="vi-VN"/>
              </w:rPr>
              <w:t xml:space="preserve"> vải:</w:t>
            </w:r>
          </w:p>
          <w:p w14:paraId="5178E78A" w14:textId="2DDB020B" w:rsidR="00636DA2" w:rsidRPr="006C6F47" w:rsidRDefault="00636DA2" w:rsidP="00213121">
            <w:pPr>
              <w:spacing w:after="0" w:line="240" w:lineRule="auto"/>
              <w:rPr>
                <w:rFonts w:ascii="Times New Roman" w:hAnsi="Times New Roman" w:cs="Times New Roman"/>
                <w:lang w:val="nl-NL"/>
              </w:rPr>
            </w:pPr>
            <w:r w:rsidRPr="006C6F47">
              <w:rPr>
                <w:rFonts w:ascii="Times New Roman" w:hAnsi="Times New Roman" w:cs="Times New Roman"/>
                <w:lang w:val="vi-VN"/>
              </w:rPr>
              <w:t>-</w:t>
            </w:r>
            <w:r w:rsidRPr="006C6F47">
              <w:rPr>
                <w:rFonts w:ascii="Times New Roman" w:hAnsi="Times New Roman" w:cs="Times New Roman"/>
                <w:lang w:val="nl-NL"/>
              </w:rPr>
              <w:t xml:space="preserve">Thành phần: Polyester  65 %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r w:rsidRPr="006C6F47">
              <w:rPr>
                <w:rFonts w:ascii="Times New Roman" w:hAnsi="Times New Roman" w:cs="Times New Roman"/>
                <w:lang w:val="nl-NL"/>
              </w:rPr>
              <w:t xml:space="preserve"> ; Cotton 35 %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p>
          <w:p w14:paraId="2657682F" w14:textId="655B8E28" w:rsidR="00636DA2" w:rsidRPr="006C6F47" w:rsidRDefault="00636DA2"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xml:space="preserve">- Khối lượng vải (G/M2): </w:t>
            </w:r>
            <w:r w:rsidR="00761AAB" w:rsidRPr="006C6F47">
              <w:rPr>
                <w:rFonts w:ascii="Times New Roman" w:hAnsi="Times New Roman" w:cs="Times New Roman"/>
                <w:lang w:val="nl-NL"/>
              </w:rPr>
              <w:t>150</w:t>
            </w:r>
            <w:r w:rsidR="00462F40" w:rsidRPr="006C6F47">
              <w:rPr>
                <w:rFonts w:ascii="Times New Roman" w:hAnsi="Times New Roman" w:cs="Times New Roman"/>
                <w:lang w:val="vi-VN"/>
              </w:rPr>
              <w:t xml:space="preserve"> đến </w:t>
            </w:r>
            <w:r w:rsidR="00761AAB" w:rsidRPr="006C6F47">
              <w:rPr>
                <w:rFonts w:ascii="Times New Roman" w:hAnsi="Times New Roman" w:cs="Times New Roman"/>
                <w:lang w:val="nl-NL"/>
              </w:rPr>
              <w:t>160</w:t>
            </w:r>
            <w:r w:rsidR="00462F40" w:rsidRPr="006C6F47">
              <w:rPr>
                <w:rFonts w:ascii="Times New Roman" w:hAnsi="Times New Roman" w:cs="Times New Roman"/>
                <w:lang w:val="nl-NL"/>
              </w:rPr>
              <w:t>.</w:t>
            </w:r>
          </w:p>
          <w:p w14:paraId="02449EC2" w14:textId="5C654450" w:rsidR="00636DA2" w:rsidRPr="006C6F47" w:rsidRDefault="00636DA2"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xml:space="preserve">- Mật độ (dọc x ngang) (sợi/10 cm): chiều dọc: </w:t>
            </w:r>
            <w:r w:rsidR="00761AAB" w:rsidRPr="006C6F47">
              <w:rPr>
                <w:rFonts w:ascii="Times New Roman" w:hAnsi="Times New Roman" w:cs="Times New Roman"/>
                <w:lang w:val="vi-VN"/>
              </w:rPr>
              <w:t>23</w:t>
            </w:r>
            <w:r w:rsidR="00761AAB" w:rsidRPr="006C6F47">
              <w:rPr>
                <w:rFonts w:ascii="Times New Roman" w:hAnsi="Times New Roman" w:cs="Times New Roman"/>
              </w:rPr>
              <w:t>0</w:t>
            </w:r>
            <w:r w:rsidRPr="006C6F47">
              <w:rPr>
                <w:rFonts w:ascii="Times New Roman" w:hAnsi="Times New Roman" w:cs="Times New Roman"/>
                <w:lang w:val="vi-VN"/>
              </w:rPr>
              <w:t xml:space="preserve"> đến </w:t>
            </w:r>
            <w:r w:rsidR="00761AAB" w:rsidRPr="006C6F47">
              <w:rPr>
                <w:rFonts w:ascii="Times New Roman" w:hAnsi="Times New Roman" w:cs="Times New Roman"/>
                <w:lang w:val="vi-VN"/>
              </w:rPr>
              <w:t>2</w:t>
            </w:r>
            <w:r w:rsidR="00761AAB" w:rsidRPr="006C6F47">
              <w:rPr>
                <w:rFonts w:ascii="Times New Roman" w:hAnsi="Times New Roman" w:cs="Times New Roman"/>
              </w:rPr>
              <w:t>40</w:t>
            </w:r>
            <w:r w:rsidRPr="006C6F47">
              <w:rPr>
                <w:rFonts w:ascii="Times New Roman" w:hAnsi="Times New Roman" w:cs="Times New Roman"/>
                <w:lang w:val="vi-VN"/>
              </w:rPr>
              <w:t xml:space="preserve">; chiều ngang: </w:t>
            </w:r>
            <w:r w:rsidR="00761AAB" w:rsidRPr="006C6F47">
              <w:rPr>
                <w:rFonts w:ascii="Times New Roman" w:hAnsi="Times New Roman" w:cs="Times New Roman"/>
                <w:lang w:val="vi-VN"/>
              </w:rPr>
              <w:t>23</w:t>
            </w:r>
            <w:r w:rsidR="00761AAB" w:rsidRPr="006C6F47">
              <w:rPr>
                <w:rFonts w:ascii="Times New Roman" w:hAnsi="Times New Roman" w:cs="Times New Roman"/>
              </w:rPr>
              <w:t>0</w:t>
            </w:r>
            <w:r w:rsidRPr="006C6F47">
              <w:rPr>
                <w:rFonts w:ascii="Times New Roman" w:hAnsi="Times New Roman" w:cs="Times New Roman"/>
                <w:lang w:val="vi-VN"/>
              </w:rPr>
              <w:t xml:space="preserve"> đến 240</w:t>
            </w:r>
          </w:p>
          <w:p w14:paraId="1D8B1720" w14:textId="60E385A2" w:rsidR="00636DA2" w:rsidRPr="006C6F47" w:rsidRDefault="00636DA2" w:rsidP="00213121">
            <w:pPr>
              <w:shd w:val="clear" w:color="auto" w:fill="FFFFFF"/>
              <w:spacing w:after="0" w:line="240" w:lineRule="auto"/>
              <w:rPr>
                <w:rFonts w:ascii="Times New Roman" w:hAnsi="Times New Roman" w:cs="Times New Roman"/>
                <w:b/>
                <w:u w:val="single"/>
                <w:lang w:val="vi-VN"/>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C: Phai màu cấ</w:t>
            </w:r>
            <w:r w:rsidR="00761AAB" w:rsidRPr="006C6F47">
              <w:rPr>
                <w:rFonts w:ascii="Times New Roman" w:hAnsi="Times New Roman" w:cs="Times New Roman"/>
                <w:lang w:val="nl-NL"/>
              </w:rPr>
              <w:t>p 4 trở lên</w:t>
            </w:r>
            <w:r w:rsidRPr="006C6F47">
              <w:rPr>
                <w:rFonts w:ascii="Times New Roman" w:hAnsi="Times New Roman" w:cs="Times New Roman"/>
                <w:lang w:val="nl-NL"/>
              </w:rPr>
              <w:t>.</w:t>
            </w:r>
          </w:p>
          <w:p w14:paraId="6DB7BE01" w14:textId="23C936D1" w:rsidR="001641AF" w:rsidRPr="006C6F47" w:rsidRDefault="001641AF" w:rsidP="00213121">
            <w:pPr>
              <w:shd w:val="clear" w:color="auto" w:fill="FFFFFF"/>
              <w:spacing w:after="0" w:line="240" w:lineRule="auto"/>
              <w:rPr>
                <w:rFonts w:ascii="Times New Roman" w:eastAsia="Times New Roman" w:hAnsi="Times New Roman" w:cs="Times New Roman"/>
                <w:b/>
                <w:lang w:val="nl-NL"/>
              </w:rPr>
            </w:pPr>
            <w:r w:rsidRPr="006C6F47">
              <w:rPr>
                <w:rFonts w:ascii="Times New Roman" w:eastAsia="Times New Roman" w:hAnsi="Times New Roman" w:cs="Times New Roman"/>
                <w:b/>
                <w:lang w:val="nl-NL"/>
              </w:rPr>
              <w:t>Nón theo màu sắc của áo</w:t>
            </w:r>
          </w:p>
        </w:tc>
        <w:tc>
          <w:tcPr>
            <w:tcW w:w="765" w:type="dxa"/>
            <w:vAlign w:val="center"/>
          </w:tcPr>
          <w:p w14:paraId="3FD355F3" w14:textId="77777777" w:rsidR="001641AF" w:rsidRPr="006C6F47" w:rsidRDefault="001641AF" w:rsidP="006C6F47">
            <w:pPr>
              <w:widowControl w:val="0"/>
              <w:spacing w:after="0" w:line="240" w:lineRule="auto"/>
              <w:jc w:val="center"/>
              <w:rPr>
                <w:rFonts w:ascii="Times New Roman" w:hAnsi="Times New Roman" w:cs="Times New Roman"/>
                <w:lang w:val="vi-VN"/>
              </w:rPr>
            </w:pPr>
          </w:p>
        </w:tc>
        <w:tc>
          <w:tcPr>
            <w:tcW w:w="1272" w:type="dxa"/>
            <w:vAlign w:val="center"/>
          </w:tcPr>
          <w:p w14:paraId="299518AE" w14:textId="65E32828" w:rsidR="001641AF" w:rsidRPr="006C6F47" w:rsidRDefault="009D3F19" w:rsidP="006C6F47">
            <w:pPr>
              <w:spacing w:after="0" w:line="240" w:lineRule="auto"/>
              <w:jc w:val="center"/>
              <w:rPr>
                <w:rFonts w:ascii="Times New Roman" w:hAnsi="Times New Roman" w:cs="Times New Roman"/>
              </w:rPr>
            </w:pPr>
            <w:r>
              <w:rPr>
                <w:rFonts w:ascii="Times New Roman" w:hAnsi="Times New Roman" w:cs="Times New Roman"/>
              </w:rPr>
              <w:t>121</w:t>
            </w:r>
          </w:p>
        </w:tc>
      </w:tr>
      <w:tr w:rsidR="006C6F47" w:rsidRPr="006C6F47" w14:paraId="0977BA2F" w14:textId="77777777" w:rsidTr="00213121">
        <w:trPr>
          <w:trHeight w:val="2229"/>
        </w:trPr>
        <w:tc>
          <w:tcPr>
            <w:tcW w:w="709" w:type="dxa"/>
            <w:vAlign w:val="center"/>
          </w:tcPr>
          <w:p w14:paraId="3BDD22D6" w14:textId="7836EA01" w:rsidR="001641AF" w:rsidRPr="006C6F47" w:rsidRDefault="001641AF" w:rsidP="006C6F47">
            <w:pPr>
              <w:pStyle w:val="ListParagraph"/>
              <w:widowControl w:val="0"/>
              <w:spacing w:after="0" w:line="240" w:lineRule="auto"/>
              <w:ind w:left="0"/>
              <w:jc w:val="center"/>
              <w:rPr>
                <w:rFonts w:ascii="Times New Roman" w:hAnsi="Times New Roman" w:cs="Times New Roman"/>
                <w:iCs/>
              </w:rPr>
            </w:pPr>
            <w:r w:rsidRPr="006C6F47">
              <w:rPr>
                <w:rFonts w:ascii="Times New Roman" w:hAnsi="Times New Roman" w:cs="Times New Roman"/>
                <w:iCs/>
              </w:rPr>
              <w:t>11</w:t>
            </w:r>
          </w:p>
        </w:tc>
        <w:tc>
          <w:tcPr>
            <w:tcW w:w="1843" w:type="dxa"/>
            <w:vAlign w:val="center"/>
          </w:tcPr>
          <w:p w14:paraId="2D8E3446" w14:textId="1B1D0B45" w:rsidR="001641AF" w:rsidRPr="006C6F47" w:rsidRDefault="001641AF" w:rsidP="006C6F47">
            <w:pPr>
              <w:spacing w:after="0" w:line="240" w:lineRule="auto"/>
              <w:jc w:val="center"/>
              <w:rPr>
                <w:rFonts w:ascii="Times New Roman" w:hAnsi="Times New Roman" w:cs="Times New Roman"/>
              </w:rPr>
            </w:pPr>
            <w:r w:rsidRPr="006C6F47">
              <w:rPr>
                <w:rFonts w:ascii="Times New Roman" w:eastAsia="Times New Roman" w:hAnsi="Times New Roman" w:cs="Times New Roman"/>
              </w:rPr>
              <w:t>Vải kaki màu xanh cổ vịt</w:t>
            </w:r>
          </w:p>
        </w:tc>
        <w:tc>
          <w:tcPr>
            <w:tcW w:w="5759" w:type="dxa"/>
            <w:vAlign w:val="center"/>
          </w:tcPr>
          <w:p w14:paraId="1D1FCAAB" w14:textId="76F188FE" w:rsidR="001641AF" w:rsidRPr="006C6F47" w:rsidRDefault="001641AF" w:rsidP="00213121">
            <w:pPr>
              <w:spacing w:after="0" w:line="240" w:lineRule="auto"/>
              <w:rPr>
                <w:rFonts w:ascii="Times New Roman" w:eastAsia="Times New Roman" w:hAnsi="Times New Roman" w:cs="Times New Roman"/>
                <w:lang w:val="nl-NL"/>
              </w:rPr>
            </w:pPr>
            <w:r w:rsidRPr="006C6F47">
              <w:rPr>
                <w:rFonts w:ascii="Times New Roman" w:eastAsia="Times New Roman" w:hAnsi="Times New Roman" w:cs="Times New Roman"/>
                <w:lang w:val="nl-NL"/>
              </w:rPr>
              <w:t>-Chất liệu: Kaki màu</w:t>
            </w:r>
          </w:p>
          <w:p w14:paraId="67AEB8AB" w14:textId="77777777" w:rsidR="001641AF" w:rsidRPr="006C6F47" w:rsidRDefault="001641AF" w:rsidP="00213121">
            <w:pPr>
              <w:spacing w:after="0" w:line="240" w:lineRule="auto"/>
              <w:rPr>
                <w:rFonts w:ascii="Times New Roman" w:eastAsia="Times New Roman" w:hAnsi="Times New Roman" w:cs="Times New Roman"/>
                <w:lang w:val="nl-NL"/>
              </w:rPr>
            </w:pPr>
            <w:r w:rsidRPr="006C6F47">
              <w:rPr>
                <w:rFonts w:ascii="Times New Roman" w:eastAsia="Times New Roman" w:hAnsi="Times New Roman" w:cs="Times New Roman"/>
                <w:lang w:val="nl-NL"/>
              </w:rPr>
              <w:t>- Màu sắc: Xanh cổ vịt</w:t>
            </w:r>
          </w:p>
          <w:p w14:paraId="684567BB" w14:textId="2B217B8D" w:rsidR="00636DA2" w:rsidRPr="006C6F47" w:rsidRDefault="00636DA2" w:rsidP="00213121">
            <w:pPr>
              <w:shd w:val="clear" w:color="auto" w:fill="FFFFFF"/>
              <w:spacing w:after="0" w:line="240" w:lineRule="auto"/>
              <w:rPr>
                <w:rFonts w:ascii="Times New Roman" w:hAnsi="Times New Roman" w:cs="Times New Roman"/>
                <w:b/>
                <w:lang w:val="nl-NL"/>
              </w:rPr>
            </w:pPr>
            <w:r w:rsidRPr="006C6F47">
              <w:rPr>
                <w:rFonts w:ascii="Times New Roman" w:hAnsi="Times New Roman" w:cs="Times New Roman"/>
                <w:b/>
                <w:lang w:val="vi-VN"/>
              </w:rPr>
              <w:t>* Tiêu chuẩ</w:t>
            </w:r>
            <w:r w:rsidR="00ED7B87" w:rsidRPr="006C6F47">
              <w:rPr>
                <w:rFonts w:ascii="Times New Roman" w:hAnsi="Times New Roman" w:cs="Times New Roman"/>
                <w:b/>
                <w:lang w:val="vi-VN"/>
              </w:rPr>
              <w:t xml:space="preserve">n </w:t>
            </w:r>
            <w:r w:rsidR="00ED7B87" w:rsidRPr="006C6F47">
              <w:rPr>
                <w:rFonts w:ascii="Times New Roman" w:hAnsi="Times New Roman" w:cs="Times New Roman"/>
                <w:b/>
              </w:rPr>
              <w:t xml:space="preserve">chất lượng </w:t>
            </w:r>
            <w:r w:rsidRPr="006C6F47">
              <w:rPr>
                <w:rFonts w:ascii="Times New Roman" w:hAnsi="Times New Roman" w:cs="Times New Roman"/>
                <w:b/>
                <w:lang w:val="vi-VN"/>
              </w:rPr>
              <w:t>vải:</w:t>
            </w:r>
          </w:p>
          <w:p w14:paraId="1B0BD005" w14:textId="2A04CFBF" w:rsidR="00636DA2" w:rsidRPr="006C6F47" w:rsidRDefault="00636DA2" w:rsidP="00213121">
            <w:pPr>
              <w:spacing w:after="0" w:line="240" w:lineRule="auto"/>
              <w:rPr>
                <w:rFonts w:ascii="Times New Roman" w:hAnsi="Times New Roman" w:cs="Times New Roman"/>
              </w:rPr>
            </w:pPr>
            <w:r w:rsidRPr="006C6F47">
              <w:rPr>
                <w:rFonts w:ascii="Times New Roman" w:hAnsi="Times New Roman" w:cs="Times New Roman"/>
                <w:lang w:val="vi-VN"/>
              </w:rPr>
              <w:t>-</w:t>
            </w:r>
            <w:r w:rsidRPr="006C6F47">
              <w:rPr>
                <w:rFonts w:ascii="Times New Roman" w:hAnsi="Times New Roman" w:cs="Times New Roman"/>
                <w:lang w:val="nl-NL"/>
              </w:rPr>
              <w:t xml:space="preserve">Thành phần: Polyester  </w:t>
            </w:r>
            <w:r w:rsidR="00AB1768" w:rsidRPr="006C6F47">
              <w:rPr>
                <w:rFonts w:ascii="Times New Roman" w:hAnsi="Times New Roman" w:cs="Times New Roman"/>
                <w:lang w:val="nl-NL"/>
              </w:rPr>
              <w:t>65</w:t>
            </w:r>
            <w:r w:rsidRPr="006C6F47">
              <w:rPr>
                <w:rFonts w:ascii="Times New Roman" w:hAnsi="Times New Roman" w:cs="Times New Roman"/>
                <w:lang w:val="nl-NL"/>
              </w:rPr>
              <w:t xml:space="preserve">%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r w:rsidR="00AB1768" w:rsidRPr="006C6F47">
              <w:rPr>
                <w:rFonts w:ascii="Times New Roman" w:hAnsi="Times New Roman" w:cs="Times New Roman"/>
                <w:lang w:val="nl-NL"/>
              </w:rPr>
              <w:t xml:space="preserve"> và </w:t>
            </w:r>
            <w:r w:rsidR="00761AAB" w:rsidRPr="006C6F47">
              <w:rPr>
                <w:rFonts w:ascii="Times New Roman" w:hAnsi="Times New Roman" w:cs="Times New Roman"/>
                <w:lang w:val="nl-NL"/>
              </w:rPr>
              <w:t xml:space="preserve"> </w:t>
            </w:r>
            <w:r w:rsidRPr="006C6F47">
              <w:rPr>
                <w:rFonts w:ascii="Times New Roman" w:hAnsi="Times New Roman" w:cs="Times New Roman"/>
                <w:lang w:val="nl-NL"/>
              </w:rPr>
              <w:t>Cotton 35 %</w:t>
            </w:r>
            <w:r w:rsidR="00761AAB" w:rsidRPr="006C6F47">
              <w:rPr>
                <w:rFonts w:ascii="Times New Roman" w:hAnsi="Times New Roman" w:cs="Times New Roman"/>
                <w:lang w:val="vi-VN"/>
              </w:rPr>
              <w:t>(±</w:t>
            </w:r>
            <w:r w:rsidR="00761AAB" w:rsidRPr="006C6F47">
              <w:rPr>
                <w:rFonts w:ascii="Times New Roman" w:hAnsi="Times New Roman" w:cs="Times New Roman"/>
              </w:rPr>
              <w:t>5</w:t>
            </w:r>
            <w:r w:rsidRPr="006C6F47">
              <w:rPr>
                <w:rFonts w:ascii="Times New Roman" w:hAnsi="Times New Roman" w:cs="Times New Roman"/>
                <w:lang w:val="vi-VN"/>
              </w:rPr>
              <w:t>)</w:t>
            </w:r>
            <w:r w:rsidR="00761AAB" w:rsidRPr="006C6F47">
              <w:rPr>
                <w:rFonts w:ascii="Times New Roman" w:hAnsi="Times New Roman" w:cs="Times New Roman"/>
              </w:rPr>
              <w:t xml:space="preserve"> hoặc Bông</w:t>
            </w:r>
            <w:r w:rsidR="00AB1768" w:rsidRPr="006C6F47">
              <w:rPr>
                <w:rFonts w:ascii="Times New Roman" w:hAnsi="Times New Roman" w:cs="Times New Roman"/>
              </w:rPr>
              <w:t xml:space="preserve"> 35%(±5)</w:t>
            </w:r>
          </w:p>
          <w:p w14:paraId="2F381EF1" w14:textId="3E8D8CB1" w:rsidR="00636DA2" w:rsidRPr="006C6F47" w:rsidRDefault="00636DA2" w:rsidP="00213121">
            <w:pPr>
              <w:spacing w:after="0" w:line="240" w:lineRule="auto"/>
              <w:rPr>
                <w:rFonts w:ascii="Times New Roman" w:hAnsi="Times New Roman" w:cs="Times New Roman"/>
                <w:lang w:val="vi-VN"/>
              </w:rPr>
            </w:pPr>
            <w:r w:rsidRPr="006C6F47">
              <w:rPr>
                <w:rFonts w:ascii="Times New Roman" w:hAnsi="Times New Roman" w:cs="Times New Roman"/>
                <w:lang w:val="vi-VN"/>
              </w:rPr>
              <w:t xml:space="preserve">- Khối lượng vải (G/M2): </w:t>
            </w:r>
            <w:r w:rsidRPr="006C6F47">
              <w:rPr>
                <w:rFonts w:ascii="Times New Roman" w:hAnsi="Times New Roman" w:cs="Times New Roman"/>
                <w:lang w:val="nl-NL"/>
              </w:rPr>
              <w:t>15</w:t>
            </w:r>
            <w:r w:rsidR="00761AAB" w:rsidRPr="006C6F47">
              <w:rPr>
                <w:rFonts w:ascii="Times New Roman" w:hAnsi="Times New Roman" w:cs="Times New Roman"/>
                <w:lang w:val="nl-NL"/>
              </w:rPr>
              <w:t>0</w:t>
            </w:r>
            <w:r w:rsidRPr="006C6F47">
              <w:rPr>
                <w:rFonts w:ascii="Times New Roman" w:hAnsi="Times New Roman" w:cs="Times New Roman"/>
                <w:lang w:val="nl-NL"/>
              </w:rPr>
              <w:t xml:space="preserve"> </w:t>
            </w:r>
            <w:r w:rsidRPr="006C6F47">
              <w:rPr>
                <w:rFonts w:ascii="Times New Roman" w:hAnsi="Times New Roman" w:cs="Times New Roman"/>
                <w:lang w:val="vi-VN"/>
              </w:rPr>
              <w:t xml:space="preserve">đến </w:t>
            </w:r>
            <w:r w:rsidRPr="006C6F47">
              <w:rPr>
                <w:rFonts w:ascii="Times New Roman" w:hAnsi="Times New Roman" w:cs="Times New Roman"/>
                <w:lang w:val="nl-NL"/>
              </w:rPr>
              <w:t>16</w:t>
            </w:r>
            <w:r w:rsidR="00462F40" w:rsidRPr="006C6F47">
              <w:rPr>
                <w:rFonts w:ascii="Times New Roman" w:hAnsi="Times New Roman" w:cs="Times New Roman"/>
                <w:lang w:val="nl-NL"/>
              </w:rPr>
              <w:t>0</w:t>
            </w:r>
            <w:r w:rsidRPr="006C6F47">
              <w:rPr>
                <w:rFonts w:ascii="Times New Roman" w:hAnsi="Times New Roman" w:cs="Times New Roman"/>
                <w:lang w:val="nl-NL"/>
              </w:rPr>
              <w:t>.</w:t>
            </w:r>
          </w:p>
          <w:p w14:paraId="1707D633" w14:textId="533E2E7B" w:rsidR="00636DA2" w:rsidRPr="006C6F47" w:rsidRDefault="00636DA2" w:rsidP="00213121">
            <w:pPr>
              <w:spacing w:after="0" w:line="240" w:lineRule="auto"/>
              <w:rPr>
                <w:rFonts w:ascii="Times New Roman" w:hAnsi="Times New Roman" w:cs="Times New Roman"/>
              </w:rPr>
            </w:pPr>
            <w:r w:rsidRPr="006C6F47">
              <w:rPr>
                <w:rFonts w:ascii="Times New Roman" w:hAnsi="Times New Roman" w:cs="Times New Roman"/>
                <w:lang w:val="vi-VN"/>
              </w:rPr>
              <w:t xml:space="preserve">- Mật độ (dọc x ngang) (sợi/10 cm): chiều dọc: </w:t>
            </w:r>
            <w:r w:rsidR="00AB1768" w:rsidRPr="006C6F47">
              <w:rPr>
                <w:rFonts w:ascii="Times New Roman" w:hAnsi="Times New Roman" w:cs="Times New Roman"/>
                <w:lang w:val="vi-VN"/>
              </w:rPr>
              <w:t>51</w:t>
            </w:r>
            <w:r w:rsidR="00AB1768" w:rsidRPr="006C6F47">
              <w:rPr>
                <w:rFonts w:ascii="Times New Roman" w:hAnsi="Times New Roman" w:cs="Times New Roman"/>
              </w:rPr>
              <w:t>0</w:t>
            </w:r>
            <w:r w:rsidRPr="006C6F47">
              <w:rPr>
                <w:rFonts w:ascii="Times New Roman" w:hAnsi="Times New Roman" w:cs="Times New Roman"/>
                <w:lang w:val="vi-VN"/>
              </w:rPr>
              <w:t xml:space="preserve"> đến </w:t>
            </w:r>
            <w:r w:rsidR="00AB1768" w:rsidRPr="006C6F47">
              <w:rPr>
                <w:rFonts w:ascii="Times New Roman" w:hAnsi="Times New Roman" w:cs="Times New Roman"/>
                <w:lang w:val="vi-VN"/>
              </w:rPr>
              <w:t>5</w:t>
            </w:r>
            <w:r w:rsidR="00AB1768" w:rsidRPr="006C6F47">
              <w:rPr>
                <w:rFonts w:ascii="Times New Roman" w:hAnsi="Times New Roman" w:cs="Times New Roman"/>
              </w:rPr>
              <w:t>30</w:t>
            </w:r>
            <w:r w:rsidRPr="006C6F47">
              <w:rPr>
                <w:rFonts w:ascii="Times New Roman" w:hAnsi="Times New Roman" w:cs="Times New Roman"/>
                <w:lang w:val="vi-VN"/>
              </w:rPr>
              <w:t xml:space="preserve">; chiều ngang: 210 đến </w:t>
            </w:r>
            <w:r w:rsidR="00AB1768" w:rsidRPr="006C6F47">
              <w:rPr>
                <w:rFonts w:ascii="Times New Roman" w:hAnsi="Times New Roman" w:cs="Times New Roman"/>
                <w:lang w:val="vi-VN"/>
              </w:rPr>
              <w:t>2</w:t>
            </w:r>
            <w:r w:rsidR="00AB1768" w:rsidRPr="006C6F47">
              <w:rPr>
                <w:rFonts w:ascii="Times New Roman" w:hAnsi="Times New Roman" w:cs="Times New Roman"/>
              </w:rPr>
              <w:t>20</w:t>
            </w:r>
          </w:p>
          <w:p w14:paraId="7011F41D" w14:textId="00808105" w:rsidR="001641AF" w:rsidRPr="006C6F47" w:rsidRDefault="00636DA2" w:rsidP="00213121">
            <w:pPr>
              <w:shd w:val="clear" w:color="auto" w:fill="FFFFFF"/>
              <w:spacing w:after="0" w:line="240" w:lineRule="auto"/>
              <w:rPr>
                <w:rFonts w:ascii="Times New Roman" w:hAnsi="Times New Roman" w:cs="Times New Roman"/>
                <w:b/>
                <w:u w:val="single"/>
                <w:lang w:val="vi-VN"/>
              </w:rPr>
            </w:pPr>
            <w:r w:rsidRPr="006C6F47">
              <w:rPr>
                <w:rFonts w:ascii="Times New Roman" w:hAnsi="Times New Roman" w:cs="Times New Roman"/>
                <w:lang w:val="nl-NL"/>
              </w:rPr>
              <w:t>- Độ bền màu giặt ở 40</w:t>
            </w:r>
            <w:r w:rsidRPr="006C6F47">
              <w:rPr>
                <w:rFonts w:ascii="Times New Roman" w:hAnsi="Times New Roman" w:cs="Times New Roman"/>
                <w:vertAlign w:val="superscript"/>
                <w:lang w:val="nl-NL"/>
              </w:rPr>
              <w:t>0</w:t>
            </w:r>
            <w:r w:rsidRPr="006C6F47">
              <w:rPr>
                <w:rFonts w:ascii="Times New Roman" w:hAnsi="Times New Roman" w:cs="Times New Roman"/>
                <w:lang w:val="nl-NL"/>
              </w:rPr>
              <w:t>C: Phai màu cấ</w:t>
            </w:r>
            <w:r w:rsidR="00AB1768" w:rsidRPr="006C6F47">
              <w:rPr>
                <w:rFonts w:ascii="Times New Roman" w:hAnsi="Times New Roman" w:cs="Times New Roman"/>
                <w:lang w:val="nl-NL"/>
              </w:rPr>
              <w:t>p 4 trở lên.</w:t>
            </w:r>
          </w:p>
        </w:tc>
        <w:tc>
          <w:tcPr>
            <w:tcW w:w="765" w:type="dxa"/>
            <w:vAlign w:val="center"/>
          </w:tcPr>
          <w:p w14:paraId="7589A31E" w14:textId="4629ACC0" w:rsidR="001641AF" w:rsidRPr="006C6F47" w:rsidRDefault="001641AF" w:rsidP="006C6F47">
            <w:pPr>
              <w:widowControl w:val="0"/>
              <w:spacing w:after="0" w:line="240" w:lineRule="auto"/>
              <w:jc w:val="center"/>
              <w:rPr>
                <w:rFonts w:ascii="Times New Roman" w:hAnsi="Times New Roman" w:cs="Times New Roman"/>
              </w:rPr>
            </w:pPr>
            <w:r w:rsidRPr="006C6F47">
              <w:rPr>
                <w:rFonts w:ascii="Times New Roman" w:hAnsi="Times New Roman" w:cs="Times New Roman"/>
              </w:rPr>
              <w:t>Mét</w:t>
            </w:r>
          </w:p>
        </w:tc>
        <w:tc>
          <w:tcPr>
            <w:tcW w:w="1272" w:type="dxa"/>
            <w:vAlign w:val="center"/>
          </w:tcPr>
          <w:p w14:paraId="3C43A0AC" w14:textId="25BDFEAE" w:rsidR="001641AF" w:rsidRPr="006C6F47" w:rsidRDefault="001641AF" w:rsidP="006C6F47">
            <w:pPr>
              <w:spacing w:after="0" w:line="240" w:lineRule="auto"/>
              <w:jc w:val="center"/>
              <w:rPr>
                <w:rFonts w:ascii="Times New Roman" w:hAnsi="Times New Roman" w:cs="Times New Roman"/>
              </w:rPr>
            </w:pPr>
            <w:r w:rsidRPr="006C6F47">
              <w:rPr>
                <w:rFonts w:ascii="Times New Roman" w:hAnsi="Times New Roman" w:cs="Times New Roman"/>
              </w:rPr>
              <w:t>3.000</w:t>
            </w:r>
          </w:p>
        </w:tc>
      </w:tr>
    </w:tbl>
    <w:bookmarkEnd w:id="0"/>
    <w:p w14:paraId="08F06FF9" w14:textId="2EAA10D6" w:rsidR="002C41FE" w:rsidRPr="006F637A" w:rsidRDefault="007601F9" w:rsidP="006F637A">
      <w:pPr>
        <w:pStyle w:val="ListBullet"/>
        <w:numPr>
          <w:ilvl w:val="0"/>
          <w:numId w:val="0"/>
        </w:numPr>
        <w:tabs>
          <w:tab w:val="left" w:pos="4253"/>
          <w:tab w:val="left" w:pos="7371"/>
        </w:tabs>
        <w:spacing w:before="240" w:after="480" w:line="288" w:lineRule="auto"/>
        <w:contextualSpacing w:val="0"/>
        <w:jc w:val="both"/>
        <w:rPr>
          <w:rFonts w:ascii="Times New Roman" w:hAnsi="Times New Roman" w:cs="Times New Roman"/>
          <w:i/>
          <w:sz w:val="26"/>
          <w:szCs w:val="26"/>
        </w:rPr>
      </w:pPr>
      <w:r w:rsidRPr="009701BA">
        <w:rPr>
          <w:rFonts w:ascii="Times New Roman" w:hAnsi="Times New Roman" w:cs="Times New Roman"/>
          <w:b/>
          <w:bCs/>
          <w:i/>
          <w:iCs/>
          <w:sz w:val="26"/>
          <w:szCs w:val="26"/>
        </w:rPr>
        <w:t>Lưu ý:</w:t>
      </w:r>
      <w:r>
        <w:rPr>
          <w:rFonts w:ascii="Times New Roman" w:hAnsi="Times New Roman" w:cs="Times New Roman"/>
          <w:sz w:val="26"/>
          <w:szCs w:val="26"/>
        </w:rPr>
        <w:t xml:space="preserve"> </w:t>
      </w:r>
      <w:r w:rsidRPr="006F637A">
        <w:rPr>
          <w:rFonts w:ascii="Times New Roman" w:hAnsi="Times New Roman" w:cs="Times New Roman"/>
          <w:i/>
          <w:sz w:val="26"/>
          <w:szCs w:val="26"/>
        </w:rPr>
        <w:t>Các thông số kỹ thuật nêu trên là yêu cầu tham khảo</w:t>
      </w:r>
      <w:r w:rsidR="00AB1768" w:rsidRPr="006F637A">
        <w:rPr>
          <w:i/>
        </w:rPr>
        <w:t xml:space="preserve"> </w:t>
      </w:r>
      <w:r w:rsidR="00AB1768" w:rsidRPr="006F637A">
        <w:rPr>
          <w:rFonts w:ascii="Times New Roman" w:hAnsi="Times New Roman" w:cs="Times New Roman"/>
          <w:i/>
          <w:sz w:val="26"/>
          <w:szCs w:val="26"/>
        </w:rPr>
        <w:t>tối thiểu</w:t>
      </w:r>
      <w:r w:rsidRPr="006F637A">
        <w:rPr>
          <w:rFonts w:ascii="Times New Roman" w:hAnsi="Times New Roman" w:cs="Times New Roman"/>
          <w:i/>
          <w:sz w:val="26"/>
          <w:szCs w:val="26"/>
        </w:rPr>
        <w:t xml:space="preserve"> về chất lượng, nhà cung cấp được chào sản ph</w:t>
      </w:r>
      <w:r w:rsidR="00AB1768" w:rsidRPr="006F637A">
        <w:rPr>
          <w:rFonts w:ascii="Times New Roman" w:hAnsi="Times New Roman" w:cs="Times New Roman"/>
          <w:i/>
          <w:sz w:val="26"/>
          <w:szCs w:val="26"/>
        </w:rPr>
        <w:t>ẩ</w:t>
      </w:r>
      <w:r w:rsidRPr="006F637A">
        <w:rPr>
          <w:rFonts w:ascii="Times New Roman" w:hAnsi="Times New Roman" w:cs="Times New Roman"/>
          <w:i/>
          <w:sz w:val="26"/>
          <w:szCs w:val="26"/>
        </w:rPr>
        <w:t>m có thông số tương đương hoặc cao hơn, phù hợp mục đích sử dụng.</w:t>
      </w:r>
    </w:p>
    <w:p w14:paraId="09C32CE7" w14:textId="77777777" w:rsidR="002C41FE" w:rsidRDefault="002C41FE">
      <w:pPr>
        <w:rPr>
          <w:rFonts w:ascii="Times New Roman" w:hAnsi="Times New Roman" w:cs="Times New Roman"/>
          <w:sz w:val="26"/>
          <w:szCs w:val="26"/>
        </w:rPr>
      </w:pPr>
      <w:r>
        <w:rPr>
          <w:rFonts w:ascii="Times New Roman" w:hAnsi="Times New Roman" w:cs="Times New Roman"/>
          <w:sz w:val="26"/>
          <w:szCs w:val="26"/>
        </w:rPr>
        <w:br w:type="page"/>
      </w:r>
    </w:p>
    <w:p w14:paraId="74C0B109" w14:textId="77777777" w:rsidR="00F16A73" w:rsidRPr="00A770EF" w:rsidRDefault="00F16A73" w:rsidP="00852CA9">
      <w:pPr>
        <w:pStyle w:val="ListBullet"/>
        <w:numPr>
          <w:ilvl w:val="0"/>
          <w:numId w:val="0"/>
        </w:numPr>
        <w:tabs>
          <w:tab w:val="left" w:pos="4253"/>
          <w:tab w:val="left" w:pos="7371"/>
        </w:tabs>
        <w:spacing w:before="240" w:after="480" w:line="288" w:lineRule="auto"/>
        <w:contextualSpacing w:val="0"/>
        <w:rPr>
          <w:rFonts w:ascii="Times New Roman" w:hAnsi="Times New Roman" w:cs="Times New Roman"/>
          <w:sz w:val="26"/>
          <w:szCs w:val="26"/>
        </w:rPr>
      </w:pPr>
    </w:p>
    <w:sectPr w:rsidR="00F16A73" w:rsidRPr="00A770EF" w:rsidSect="0041536D">
      <w:pgSz w:w="12240" w:h="15840"/>
      <w:pgMar w:top="1134" w:right="1418"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746EDCE"/>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98E313A"/>
    <w:multiLevelType w:val="multilevel"/>
    <w:tmpl w:val="5B427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246289"/>
    <w:multiLevelType w:val="multilevel"/>
    <w:tmpl w:val="5588D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8115AA"/>
    <w:multiLevelType w:val="hybridMultilevel"/>
    <w:tmpl w:val="A4A6DD7E"/>
    <w:lvl w:ilvl="0" w:tplc="A4E2F6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974216F"/>
    <w:multiLevelType w:val="multilevel"/>
    <w:tmpl w:val="BA12B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2"/>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06EE"/>
    <w:rsid w:val="00012FDB"/>
    <w:rsid w:val="00021ECC"/>
    <w:rsid w:val="00026D29"/>
    <w:rsid w:val="00034616"/>
    <w:rsid w:val="000370B5"/>
    <w:rsid w:val="00041787"/>
    <w:rsid w:val="000420E7"/>
    <w:rsid w:val="0004393D"/>
    <w:rsid w:val="0004766B"/>
    <w:rsid w:val="00053919"/>
    <w:rsid w:val="000603C7"/>
    <w:rsid w:val="0006063C"/>
    <w:rsid w:val="0006503B"/>
    <w:rsid w:val="000729B6"/>
    <w:rsid w:val="00096E51"/>
    <w:rsid w:val="000A6CFC"/>
    <w:rsid w:val="000A7CAE"/>
    <w:rsid w:val="000B7756"/>
    <w:rsid w:val="000C03AA"/>
    <w:rsid w:val="000C2C78"/>
    <w:rsid w:val="000E29D4"/>
    <w:rsid w:val="000E58BD"/>
    <w:rsid w:val="000E5B01"/>
    <w:rsid w:val="00103C7D"/>
    <w:rsid w:val="00105952"/>
    <w:rsid w:val="001171A7"/>
    <w:rsid w:val="00145221"/>
    <w:rsid w:val="0015074B"/>
    <w:rsid w:val="001641AF"/>
    <w:rsid w:val="00164C5E"/>
    <w:rsid w:val="00165421"/>
    <w:rsid w:val="001701BD"/>
    <w:rsid w:val="00182B43"/>
    <w:rsid w:val="00192F27"/>
    <w:rsid w:val="00194C52"/>
    <w:rsid w:val="001C7805"/>
    <w:rsid w:val="001D052A"/>
    <w:rsid w:val="001D1C33"/>
    <w:rsid w:val="001D5B35"/>
    <w:rsid w:val="001D7AB7"/>
    <w:rsid w:val="001E1591"/>
    <w:rsid w:val="001F3A73"/>
    <w:rsid w:val="001F67E7"/>
    <w:rsid w:val="001F72B8"/>
    <w:rsid w:val="00213121"/>
    <w:rsid w:val="0021637C"/>
    <w:rsid w:val="002166A4"/>
    <w:rsid w:val="00277660"/>
    <w:rsid w:val="00283A0B"/>
    <w:rsid w:val="00285E91"/>
    <w:rsid w:val="0028676D"/>
    <w:rsid w:val="00291730"/>
    <w:rsid w:val="002953F6"/>
    <w:rsid w:val="0029639D"/>
    <w:rsid w:val="002C062A"/>
    <w:rsid w:val="002C4047"/>
    <w:rsid w:val="002C41FE"/>
    <w:rsid w:val="002C46BD"/>
    <w:rsid w:val="002E4717"/>
    <w:rsid w:val="002E61E4"/>
    <w:rsid w:val="003079BF"/>
    <w:rsid w:val="00326F90"/>
    <w:rsid w:val="00335BF4"/>
    <w:rsid w:val="003453AA"/>
    <w:rsid w:val="00360D59"/>
    <w:rsid w:val="003632A6"/>
    <w:rsid w:val="0037275D"/>
    <w:rsid w:val="00387AE8"/>
    <w:rsid w:val="003A7D63"/>
    <w:rsid w:val="003B2964"/>
    <w:rsid w:val="003D6BA8"/>
    <w:rsid w:val="003E6488"/>
    <w:rsid w:val="003E7E05"/>
    <w:rsid w:val="00400F50"/>
    <w:rsid w:val="00410B5F"/>
    <w:rsid w:val="004111B5"/>
    <w:rsid w:val="0041536D"/>
    <w:rsid w:val="00436392"/>
    <w:rsid w:val="00440028"/>
    <w:rsid w:val="00444279"/>
    <w:rsid w:val="0045673C"/>
    <w:rsid w:val="00457C78"/>
    <w:rsid w:val="00462F40"/>
    <w:rsid w:val="00470FD4"/>
    <w:rsid w:val="004728AC"/>
    <w:rsid w:val="004A1F08"/>
    <w:rsid w:val="004B7529"/>
    <w:rsid w:val="004C329B"/>
    <w:rsid w:val="004E1C49"/>
    <w:rsid w:val="004E67F8"/>
    <w:rsid w:val="00512896"/>
    <w:rsid w:val="00517E91"/>
    <w:rsid w:val="005617A6"/>
    <w:rsid w:val="005878FA"/>
    <w:rsid w:val="005B7A8F"/>
    <w:rsid w:val="005C3BF7"/>
    <w:rsid w:val="005C400F"/>
    <w:rsid w:val="005D1423"/>
    <w:rsid w:val="005D4B64"/>
    <w:rsid w:val="005D5271"/>
    <w:rsid w:val="005E2F28"/>
    <w:rsid w:val="005F4F43"/>
    <w:rsid w:val="005F6F0E"/>
    <w:rsid w:val="00625DB2"/>
    <w:rsid w:val="00636DA2"/>
    <w:rsid w:val="00643B54"/>
    <w:rsid w:val="0064631B"/>
    <w:rsid w:val="00661CFE"/>
    <w:rsid w:val="00672459"/>
    <w:rsid w:val="00680B75"/>
    <w:rsid w:val="0068175F"/>
    <w:rsid w:val="006836EF"/>
    <w:rsid w:val="0068371F"/>
    <w:rsid w:val="006955C7"/>
    <w:rsid w:val="006A70AC"/>
    <w:rsid w:val="006C0674"/>
    <w:rsid w:val="006C6F47"/>
    <w:rsid w:val="006E515B"/>
    <w:rsid w:val="006E71ED"/>
    <w:rsid w:val="006F4D36"/>
    <w:rsid w:val="006F637A"/>
    <w:rsid w:val="00706939"/>
    <w:rsid w:val="00713B27"/>
    <w:rsid w:val="0071476C"/>
    <w:rsid w:val="00731649"/>
    <w:rsid w:val="00735908"/>
    <w:rsid w:val="00741603"/>
    <w:rsid w:val="007601F9"/>
    <w:rsid w:val="00761AAB"/>
    <w:rsid w:val="007652BC"/>
    <w:rsid w:val="007672DE"/>
    <w:rsid w:val="007740C0"/>
    <w:rsid w:val="0078042B"/>
    <w:rsid w:val="00783F7E"/>
    <w:rsid w:val="007A1A50"/>
    <w:rsid w:val="007A797B"/>
    <w:rsid w:val="007B5CB5"/>
    <w:rsid w:val="007D5680"/>
    <w:rsid w:val="007E6CAB"/>
    <w:rsid w:val="007F6AE2"/>
    <w:rsid w:val="00821825"/>
    <w:rsid w:val="00831420"/>
    <w:rsid w:val="00841805"/>
    <w:rsid w:val="00844BEF"/>
    <w:rsid w:val="00852CA9"/>
    <w:rsid w:val="0085732A"/>
    <w:rsid w:val="00863B6C"/>
    <w:rsid w:val="0086739E"/>
    <w:rsid w:val="00870183"/>
    <w:rsid w:val="00871299"/>
    <w:rsid w:val="00882192"/>
    <w:rsid w:val="008B3B75"/>
    <w:rsid w:val="008E5588"/>
    <w:rsid w:val="008F3636"/>
    <w:rsid w:val="00902E25"/>
    <w:rsid w:val="009131C2"/>
    <w:rsid w:val="009162B2"/>
    <w:rsid w:val="00924B8F"/>
    <w:rsid w:val="00927648"/>
    <w:rsid w:val="009701BA"/>
    <w:rsid w:val="00973333"/>
    <w:rsid w:val="009A32CD"/>
    <w:rsid w:val="009D0209"/>
    <w:rsid w:val="009D0E1A"/>
    <w:rsid w:val="009D171C"/>
    <w:rsid w:val="009D1AF2"/>
    <w:rsid w:val="009D3F19"/>
    <w:rsid w:val="009E4579"/>
    <w:rsid w:val="009E7E61"/>
    <w:rsid w:val="009F2E9C"/>
    <w:rsid w:val="00A232AB"/>
    <w:rsid w:val="00A23370"/>
    <w:rsid w:val="00A365D9"/>
    <w:rsid w:val="00A4563F"/>
    <w:rsid w:val="00A61557"/>
    <w:rsid w:val="00A663A0"/>
    <w:rsid w:val="00A66E68"/>
    <w:rsid w:val="00A7033F"/>
    <w:rsid w:val="00A73CF7"/>
    <w:rsid w:val="00A770EF"/>
    <w:rsid w:val="00A86277"/>
    <w:rsid w:val="00A947E3"/>
    <w:rsid w:val="00AA1D8D"/>
    <w:rsid w:val="00AA354C"/>
    <w:rsid w:val="00AB1768"/>
    <w:rsid w:val="00AD209B"/>
    <w:rsid w:val="00AD5311"/>
    <w:rsid w:val="00AF380F"/>
    <w:rsid w:val="00B0508B"/>
    <w:rsid w:val="00B05FF8"/>
    <w:rsid w:val="00B3050B"/>
    <w:rsid w:val="00B31A03"/>
    <w:rsid w:val="00B47730"/>
    <w:rsid w:val="00B62948"/>
    <w:rsid w:val="00B65186"/>
    <w:rsid w:val="00B749CA"/>
    <w:rsid w:val="00B75384"/>
    <w:rsid w:val="00B7711A"/>
    <w:rsid w:val="00B80A72"/>
    <w:rsid w:val="00BB4DB3"/>
    <w:rsid w:val="00BE5DC6"/>
    <w:rsid w:val="00BF10F2"/>
    <w:rsid w:val="00BF738C"/>
    <w:rsid w:val="00C0530C"/>
    <w:rsid w:val="00C147F7"/>
    <w:rsid w:val="00C17F69"/>
    <w:rsid w:val="00C216E1"/>
    <w:rsid w:val="00C22441"/>
    <w:rsid w:val="00C30C9B"/>
    <w:rsid w:val="00C320D9"/>
    <w:rsid w:val="00C325FD"/>
    <w:rsid w:val="00C54EB5"/>
    <w:rsid w:val="00C6119D"/>
    <w:rsid w:val="00C90AA7"/>
    <w:rsid w:val="00C91E22"/>
    <w:rsid w:val="00CB0664"/>
    <w:rsid w:val="00CB6EA6"/>
    <w:rsid w:val="00CE0135"/>
    <w:rsid w:val="00CE2931"/>
    <w:rsid w:val="00CF3BA6"/>
    <w:rsid w:val="00CF527D"/>
    <w:rsid w:val="00D134F7"/>
    <w:rsid w:val="00D27469"/>
    <w:rsid w:val="00D309FF"/>
    <w:rsid w:val="00D42DA4"/>
    <w:rsid w:val="00D430E4"/>
    <w:rsid w:val="00D43708"/>
    <w:rsid w:val="00D548F1"/>
    <w:rsid w:val="00D71A93"/>
    <w:rsid w:val="00D725A2"/>
    <w:rsid w:val="00D840AB"/>
    <w:rsid w:val="00D919F8"/>
    <w:rsid w:val="00D97022"/>
    <w:rsid w:val="00DA346C"/>
    <w:rsid w:val="00DA685E"/>
    <w:rsid w:val="00DB5864"/>
    <w:rsid w:val="00DC608B"/>
    <w:rsid w:val="00DD1554"/>
    <w:rsid w:val="00DD43E1"/>
    <w:rsid w:val="00DE5257"/>
    <w:rsid w:val="00E0601E"/>
    <w:rsid w:val="00E06EB3"/>
    <w:rsid w:val="00E26B87"/>
    <w:rsid w:val="00E33504"/>
    <w:rsid w:val="00E46732"/>
    <w:rsid w:val="00E50445"/>
    <w:rsid w:val="00E5103C"/>
    <w:rsid w:val="00E512AD"/>
    <w:rsid w:val="00E5461C"/>
    <w:rsid w:val="00E57D48"/>
    <w:rsid w:val="00E6575B"/>
    <w:rsid w:val="00E71100"/>
    <w:rsid w:val="00E84387"/>
    <w:rsid w:val="00E9229B"/>
    <w:rsid w:val="00E94E82"/>
    <w:rsid w:val="00EA707C"/>
    <w:rsid w:val="00EB01B1"/>
    <w:rsid w:val="00EC1070"/>
    <w:rsid w:val="00EC516B"/>
    <w:rsid w:val="00ED41EB"/>
    <w:rsid w:val="00ED7B87"/>
    <w:rsid w:val="00EE56BB"/>
    <w:rsid w:val="00EE721A"/>
    <w:rsid w:val="00F01783"/>
    <w:rsid w:val="00F16A73"/>
    <w:rsid w:val="00F173B3"/>
    <w:rsid w:val="00F25E25"/>
    <w:rsid w:val="00F307F5"/>
    <w:rsid w:val="00F35F02"/>
    <w:rsid w:val="00F3602F"/>
    <w:rsid w:val="00F41106"/>
    <w:rsid w:val="00F4226E"/>
    <w:rsid w:val="00F46654"/>
    <w:rsid w:val="00F5728F"/>
    <w:rsid w:val="00F67888"/>
    <w:rsid w:val="00F97889"/>
    <w:rsid w:val="00FC26AF"/>
    <w:rsid w:val="00FC693F"/>
    <w:rsid w:val="00FD13B9"/>
    <w:rsid w:val="00FD428A"/>
    <w:rsid w:val="00FD4D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42FC2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List Paragraph 1,Gạch đầu dòng,ADB paragraph numbering,Numbered List Paragraph,numbered para,tieu de phu 1,Bullet paras,References,bullet,1.,List Paragraph1,My checklist,Colorful List - Accent 11,VNA - List Paragraph,lp1,bullet 1,Norm"/>
    <w:basedOn w:val="Normal"/>
    <w:link w:val="ListParagraphChar"/>
    <w:uiPriority w:val="99"/>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96E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List Paragraph 1 Char,Gạch đầu dòng Char,ADB paragraph numbering Char,Numbered List Paragraph Char,numbered para Char,tieu de phu 1 Char,Bullet paras Char,References Char,bullet Char,1. Char,List Paragraph1 Char,My checklist Char"/>
    <w:link w:val="ListParagraph"/>
    <w:uiPriority w:val="99"/>
    <w:qFormat/>
    <w:locked/>
    <w:rsid w:val="00B65186"/>
  </w:style>
  <w:style w:type="paragraph" w:customStyle="1" w:styleId="TableParagraph">
    <w:name w:val="Table Paragraph"/>
    <w:basedOn w:val="Normal"/>
    <w:uiPriority w:val="1"/>
    <w:qFormat/>
    <w:rsid w:val="00B65186"/>
    <w:pPr>
      <w:widowControl w:val="0"/>
      <w:autoSpaceDE w:val="0"/>
      <w:autoSpaceDN w:val="0"/>
      <w:spacing w:after="0" w:line="240" w:lineRule="auto"/>
    </w:pPr>
    <w:rPr>
      <w:rFonts w:ascii="Times New Roman" w:eastAsia="Times New Roman" w:hAnsi="Times New Roman" w:cs="Times New Roman"/>
      <w:lang w:val="vi"/>
    </w:rPr>
  </w:style>
  <w:style w:type="paragraph" w:styleId="BalloonText">
    <w:name w:val="Balloon Text"/>
    <w:basedOn w:val="Normal"/>
    <w:link w:val="BalloonTextChar"/>
    <w:uiPriority w:val="99"/>
    <w:semiHidden/>
    <w:unhideWhenUsed/>
    <w:rsid w:val="00B31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A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List Paragraph 1,Gạch đầu dòng,ADB paragraph numbering,Numbered List Paragraph,numbered para,tieu de phu 1,Bullet paras,References,bullet,1.,List Paragraph1,My checklist,Colorful List - Accent 11,VNA - List Paragraph,lp1,bullet 1,Norm"/>
    <w:basedOn w:val="Normal"/>
    <w:link w:val="ListParagraphChar"/>
    <w:uiPriority w:val="99"/>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096E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List Paragraph 1 Char,Gạch đầu dòng Char,ADB paragraph numbering Char,Numbered List Paragraph Char,numbered para Char,tieu de phu 1 Char,Bullet paras Char,References Char,bullet Char,1. Char,List Paragraph1 Char,My checklist Char"/>
    <w:link w:val="ListParagraph"/>
    <w:uiPriority w:val="99"/>
    <w:qFormat/>
    <w:locked/>
    <w:rsid w:val="00B65186"/>
  </w:style>
  <w:style w:type="paragraph" w:customStyle="1" w:styleId="TableParagraph">
    <w:name w:val="Table Paragraph"/>
    <w:basedOn w:val="Normal"/>
    <w:uiPriority w:val="1"/>
    <w:qFormat/>
    <w:rsid w:val="00B65186"/>
    <w:pPr>
      <w:widowControl w:val="0"/>
      <w:autoSpaceDE w:val="0"/>
      <w:autoSpaceDN w:val="0"/>
      <w:spacing w:after="0" w:line="240" w:lineRule="auto"/>
    </w:pPr>
    <w:rPr>
      <w:rFonts w:ascii="Times New Roman" w:eastAsia="Times New Roman" w:hAnsi="Times New Roman" w:cs="Times New Roman"/>
      <w:lang w:val="vi"/>
    </w:rPr>
  </w:style>
  <w:style w:type="paragraph" w:styleId="BalloonText">
    <w:name w:val="Balloon Text"/>
    <w:basedOn w:val="Normal"/>
    <w:link w:val="BalloonTextChar"/>
    <w:uiPriority w:val="99"/>
    <w:semiHidden/>
    <w:unhideWhenUsed/>
    <w:rsid w:val="00B31A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A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600590">
      <w:bodyDiv w:val="1"/>
      <w:marLeft w:val="0"/>
      <w:marRight w:val="0"/>
      <w:marTop w:val="0"/>
      <w:marBottom w:val="0"/>
      <w:divBdr>
        <w:top w:val="none" w:sz="0" w:space="0" w:color="auto"/>
        <w:left w:val="none" w:sz="0" w:space="0" w:color="auto"/>
        <w:bottom w:val="none" w:sz="0" w:space="0" w:color="auto"/>
        <w:right w:val="none" w:sz="0" w:space="0" w:color="auto"/>
      </w:divBdr>
    </w:div>
    <w:div w:id="679239335">
      <w:bodyDiv w:val="1"/>
      <w:marLeft w:val="0"/>
      <w:marRight w:val="0"/>
      <w:marTop w:val="0"/>
      <w:marBottom w:val="0"/>
      <w:divBdr>
        <w:top w:val="none" w:sz="0" w:space="0" w:color="auto"/>
        <w:left w:val="none" w:sz="0" w:space="0" w:color="auto"/>
        <w:bottom w:val="none" w:sz="0" w:space="0" w:color="auto"/>
        <w:right w:val="none" w:sz="0" w:space="0" w:color="auto"/>
      </w:divBdr>
    </w:div>
    <w:div w:id="1436244489">
      <w:bodyDiv w:val="1"/>
      <w:marLeft w:val="0"/>
      <w:marRight w:val="0"/>
      <w:marTop w:val="0"/>
      <w:marBottom w:val="0"/>
      <w:divBdr>
        <w:top w:val="none" w:sz="0" w:space="0" w:color="auto"/>
        <w:left w:val="none" w:sz="0" w:space="0" w:color="auto"/>
        <w:bottom w:val="none" w:sz="0" w:space="0" w:color="auto"/>
        <w:right w:val="none" w:sz="0" w:space="0" w:color="auto"/>
      </w:divBdr>
    </w:div>
    <w:div w:id="2072993612">
      <w:bodyDiv w:val="1"/>
      <w:marLeft w:val="0"/>
      <w:marRight w:val="0"/>
      <w:marTop w:val="0"/>
      <w:marBottom w:val="0"/>
      <w:divBdr>
        <w:top w:val="none" w:sz="0" w:space="0" w:color="auto"/>
        <w:left w:val="none" w:sz="0" w:space="0" w:color="auto"/>
        <w:bottom w:val="none" w:sz="0" w:space="0" w:color="auto"/>
        <w:right w:val="none" w:sz="0" w:space="0" w:color="auto"/>
      </w:divBdr>
    </w:div>
    <w:div w:id="2073917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6DFE9-20DF-45F0-B35F-1F546E39E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1790</Words>
  <Characters>10203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2</cp:revision>
  <cp:lastPrinted>2026-09-08T08:27:00Z</cp:lastPrinted>
  <dcterms:created xsi:type="dcterms:W3CDTF">2026-09-08T08:39:00Z</dcterms:created>
  <dcterms:modified xsi:type="dcterms:W3CDTF">2026-09-08T08:39:00Z</dcterms:modified>
</cp:coreProperties>
</file>